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1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Làm quen với Python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E0A800"/>
          <w:sz w:val="26"/>
        </w:rPr>
        <w:t>Hướng dẫn chữa bài tập về nhà</w:t>
      </w:r>
    </w:p>
    <w:p>
      <w:pPr>
        <w:pStyle w:val="Heading1"/>
      </w:pPr>
      <w:r>
        <w:t>Đáp án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In ra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3 1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(7 chia 2 được 3, dư 1).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In ra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ababab!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Viết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với chữ P hoa. Python phân biệt chữ hoa và chữ thường, phải viết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1"/>
      </w:pPr>
      <w:r>
        <w:t>Bài 1 – KHUNGTEN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Dòng trên và dòng dưới là 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lặp lại nhiều lần – dùng phép nhân chữ. Dòng giữa gồm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tên, dấu cách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Đếm số ký tự của dòng giữa để biết dòng trên/dưới cần bao nhiêu 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 Nguyen An  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14 ký tự.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"*"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"* Nguyen An  *"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"*"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**************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 Nguyen An  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**************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Tên của em dài hơn hay ngắn hơn thì đếm lại số ký tự và sửa số 14 cho khớp.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2 – GIAYNAM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1 năm = 365 ngày, 1 ngày = 24 giờ, 1 giờ = 60 phút, 1 phút = 60 giây. Nhân tất cả lại.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365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31536000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3 – THU1000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Cứ 7 ngày thì lại quay về thứ Hai. Vì vậy chỉ cần biết 1000 ngày là bao nhiêu tuần và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dư mấy ngày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1000 % 7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7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6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dư là 6. Tra bảng: 6 ứng với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Chủ nhật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Vậy 1000 ngày nữa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Chủ nhật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Kiểm tra bằng số nhỏ: 7 ngày nữa →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7 % 7 = 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→ thứ Hai (đúng!). 8 ngày nữa → dư 1 → thứ Ba.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4 – TRIEUGIAY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Làm từ đơn vị lớn đến nhỏ: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ngày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1000000 // 86400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Phần giây còn lại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1000000 % 86400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Từ phần còn lại: số giờ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còn lại // 3600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rồi phần còn lại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% 3600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Tương tự cho phút (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// 60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) và giây (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% 60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).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86400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86400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3600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3600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1000000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11 13 46 40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Vậy 1 000 000 giây =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11 ngày 13 giờ 46 phút 40 giây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Vì 86400 chia hết cho 3600, nên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1000000 % 3600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cũng chính là phần giây lẻ sau khi đã bỏ các giờ trọn vẹn. Em có thể viết dài hơn cho dễ hiểu – buổi sau học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biến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sẽ viết gọn hơn nhiều.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Lỗi hay gặp khi làm bài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Quên dấu nháy khi in chữ, hoặc dùng dấu nháy "cong" khi copy từ Word.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/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thay cho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//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nên ra số thực như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11.574074…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1 – Làm quen với Python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