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</w:pPr>
      <w:r>
        <w:rPr>
          <w:rFonts w:ascii="Calibri" w:hAnsi="Calibri" w:cs="Calibri" w:eastAsia="Calibri"/>
          <w:b/>
          <w:color w:val="3776AB"/>
          <w:sz w:val="22"/>
        </w:rPr>
        <w:t>BUỔI 2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/>
          <w:color w:val="1F2A44"/>
          <w:sz w:val="48"/>
        </w:rPr>
        <w:t>Biến và nhập dữ liệu</w:t>
      </w:r>
    </w:p>
    <w:p>
      <w:pPr>
        <w:pBdr>
          <w:bottom w:val="single" w:sz="12" w:space="4" w:color="3776AB"/>
        </w:pBdr>
        <w:spacing w:before="0" w:after="120" w:line="276" w:lineRule="auto"/>
      </w:pPr>
      <w:r>
        <w:rPr>
          <w:rFonts w:ascii="Calibri" w:hAnsi="Calibri" w:cs="Calibri" w:eastAsia="Calibri"/>
          <w:b/>
          <w:color w:val="E0A800"/>
          <w:sz w:val="26"/>
        </w:rPr>
        <w:t>Hướng dẫn chữa bài tập về nhà</w:t>
      </w:r>
    </w:p>
    <w:p>
      <w:pPr>
        <w:pStyle w:val="Heading1"/>
      </w:pPr>
      <w:r>
        <w:t>Đáp án câu hỏi tự kiểm tra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1. 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Kiểu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str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(chữ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"7"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), vì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input()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luôn trả về chữ.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2. 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x = 5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→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x += 3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thành 8 →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x *= 2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thành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16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3. 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Câu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 xml:space="preserve">Nhap n: 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cũng bị in ra màn hình. Máy chấm thấy kết quả khác đáp án nên chấm sai.</w:t>
      </w:r>
    </w:p>
    <w:p>
      <w:pPr>
        <w:pStyle w:val="Heading1"/>
      </w:pPr>
      <w:r>
        <w:t>Bài 1 – HINHTRON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Ý tưởng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Chu vi = 2 × π × r, diện tích = π × r × r. Bán kính là số thực nên đọc bằng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float(input())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. In hai số với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:.2f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Lời giải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r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float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())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chu_vi 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2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*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3.14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* r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dien_tich 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3.14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* r * r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f"{chu_vi:.2f} {dien_tich:.2f}"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1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6.28 3.14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10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62.80 314.00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2.2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13.82 15.20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Dùng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round(dien_tich, 2)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thì với r = 10 sẽ in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314.0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thay vì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314.00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→ sai. Luôn dùng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f"{x:.2f}"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>.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Bài 2 – DOITIEN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Ý tưởng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Số tờ 500 000 =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n // 500000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; tiền còn lại =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n % 500000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Với tiền còn lại: số tờ 200 000 =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con_lai // 200000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; tiền còn lại =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con_lai % 200000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>Phần còn lại cuối cùng chia cho 100 000.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Lời giải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n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())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to500 = n //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500000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n = n %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500000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to200 = n //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200000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n = n %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200000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to100 = n //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100000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(to500, to200, to100)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2000000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4 0 0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1800000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3 1 1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100000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0 0 1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400000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0 2 0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Biến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n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được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dùng lại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để lưu số tiền còn lại – một kỹ thuật rất hay gặp.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Bài 3 – DOINHIET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Ý tưởng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Áp dụng đúng công thức, in với 1 chữ số thập phân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:.1f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Lời giải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c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())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f = c *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9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/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5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+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32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f"{f:.1f}"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100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212.0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37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98.6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-40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-40.0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0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32.0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Bài 4 – KHOANGCACH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Ý tưởng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>Tính hiệu hoành độ dx = x₂ − x₁ và hiệu tung độ dy = y₂ − y₁, rồi AB = (dx² + dy²) mũ 0.5.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Lời giải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x1, y1, x2, y2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map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,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().split())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dx = x2 - x1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dy = y2 - y1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ab = (dx * dx + dy * dy) **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0.5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f"{ab:.2f}"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0 0 3 4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5.00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1 1 2 2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1.41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-1 -1 -1 -1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0.00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0 0 -6 8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1F2937"/>
                <w:sz w:val="20"/>
              </w:rPr>
              <w:t>10.00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>Thử cả điểm có tọa độ âm và hai điểm trùng nhau – đó là những test máy chấm hay có.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Lỗi hay gặp khi làm bài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Đọc bốn số trên một dòng bằng bốn lệnh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int(input())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→ lỗi. Phải dùng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map(int, input().split())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Quên ngoặc: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dx * dx + dy * dy ** 0.5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chỉ lấy căn của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dy * dy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, kết quả sai.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38" w:val="right"/>
      </w:tabs>
    </w:pPr>
    <w:r>
      <w:rPr>
        <w:rFonts w:ascii="Calibri" w:hAnsi="Calibri" w:cs="Calibri" w:eastAsia="Calibri"/>
        <w:color w:val="5B6478"/>
        <w:sz w:val="18"/>
      </w:rPr>
      <w:t>Python cho Tin học trẻ · Buổi 2 – Biến và nhập dữ liệu</w:t>
      <w:tab/>
    </w:r>
    <w:r>
      <w:rPr>
        <w:rFonts w:ascii="Calibri" w:hAnsi="Calibri" w:cs="Calibri" w:eastAsia="Calibri"/>
        <w:color w:val="5B647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Calibri" w:hAnsi="Calibri" w:eastAsia="Calibri" w:cs="Calibri"/>
      <w:b/>
      <w:bCs/>
      <w:color w:val="3776A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 w:eastAsia="Calibri" w:cs="Calibri"/>
      <w:b/>
      <w:bCs/>
      <w:color w:val="1F2A4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