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</w:pPr>
      <w:r>
        <w:rPr>
          <w:rFonts w:ascii="Calibri" w:hAnsi="Calibri" w:cs="Calibri" w:eastAsia="Calibri"/>
          <w:b/>
          <w:color w:val="3776AB"/>
          <w:sz w:val="22"/>
        </w:rPr>
        <w:t>BUỔI 0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/>
          <w:color w:val="1F2A44"/>
          <w:sz w:val="48"/>
        </w:rPr>
        <w:t>Giới thiệu Python và cài đặt môi trường</w:t>
      </w:r>
    </w:p>
    <w:p>
      <w:pPr>
        <w:pBdr>
          <w:bottom w:val="single" w:sz="12" w:space="4" w:color="3776AB"/>
        </w:pBdr>
        <w:spacing w:before="0" w:after="120" w:line="276" w:lineRule="auto"/>
      </w:pPr>
      <w:r>
        <w:rPr>
          <w:rFonts w:ascii="Calibri" w:hAnsi="Calibri" w:cs="Calibri" w:eastAsia="Calibri"/>
          <w:b/>
          <w:color w:val="3776AB"/>
          <w:sz w:val="26"/>
        </w:rPr>
        <w:t>Tổng hợp kiến thức và bài tập về nhà</w:t>
      </w:r>
    </w:p>
    <w:p>
      <w:pPr>
        <w:spacing w:before="80" w:after="160" w:line="276" w:lineRule="auto"/>
      </w:pPr>
      <w:r>
        <w:rPr>
          <w:rFonts w:ascii="Calibri" w:hAnsi="Calibri" w:cs="Calibri" w:eastAsia="Calibri"/>
          <w:color w:val="5B6478"/>
          <w:sz w:val="22"/>
        </w:rPr>
        <w:t>Họ và tên: ............................................   Lớp: ..........   Ngày nộp bài: ....................</w:t>
      </w:r>
    </w:p>
    <w:p>
      <w:pPr>
        <w:pStyle w:val="Heading1"/>
      </w:pPr>
      <w:r>
        <w:t>1. Python là gì?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Ngôn ngữ lập trình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là cách con người ra lệnh cho máy tính. Scratch là ngôn ngữ kéo – thả khối;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Python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là ngôn ngữ gõ lệnh bằng chữ.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3855"/>
        <w:gridCol w:w="5783"/>
      </w:tblGrid>
      <w:tr>
        <w:trPr>
          <w:cantSplit/>
        </w:trPr>
        <w:tc>
          <w:tcPr>
            <w:tcW w:type="dxa" w:w="3855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Thông tin</w:t>
            </w:r>
          </w:p>
        </w:tc>
        <w:tc>
          <w:tcPr>
            <w:tcW w:type="dxa" w:w="5783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Nội dung</w:t>
            </w:r>
          </w:p>
        </w:tc>
      </w:tr>
      <w:tr>
        <w:trPr>
          <w:cantSplit/>
        </w:trPr>
        <w:tc>
          <w:tcPr>
            <w:tcW w:type="dxa" w:w="385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Người tạo ra</w:t>
            </w:r>
          </w:p>
        </w:tc>
        <w:tc>
          <w:tcPr>
            <w:tcW w:type="dxa" w:w="5783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Guido van Rossum (Hà Lan), năm 1991</w:t>
            </w:r>
          </w:p>
        </w:tc>
      </w:tr>
      <w:tr>
        <w:trPr>
          <w:cantSplit/>
        </w:trPr>
        <w:tc>
          <w:tcPr>
            <w:tcW w:type="dxa" w:w="3855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Tên gọi</w:t>
            </w:r>
          </w:p>
        </w:tc>
        <w:tc>
          <w:tcPr>
            <w:tcW w:type="dxa" w:w="5783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lấy từ chương trình hài "Monty Python" của Anh</w:t>
            </w:r>
          </w:p>
        </w:tc>
      </w:tr>
      <w:tr>
        <w:trPr>
          <w:cantSplit/>
        </w:trPr>
        <w:tc>
          <w:tcPr>
            <w:tcW w:type="dxa" w:w="385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Giá</w:t>
            </w:r>
          </w:p>
        </w:tc>
        <w:tc>
          <w:tcPr>
            <w:tcW w:type="dxa" w:w="5783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miễn phí, mã nguồn mở</w:t>
            </w:r>
          </w:p>
        </w:tc>
      </w:tr>
      <w:tr>
        <w:trPr>
          <w:cantSplit/>
        </w:trPr>
        <w:tc>
          <w:tcPr>
            <w:tcW w:type="dxa" w:w="3855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Phiên bản dùng trong lớp</w:t>
            </w:r>
          </w:p>
        </w:tc>
        <w:tc>
          <w:tcPr>
            <w:tcW w:type="dxa" w:w="5783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Python 3 (bản mới nhất)</w:t>
            </w:r>
          </w:p>
        </w:tc>
      </w:tr>
    </w:tbl>
    <w:p>
      <w:pPr>
        <w:spacing w:before="0" w:after="0" w:line="144" w:lineRule="auto"/>
      </w:pP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Python được yêu thích vì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dễ đọc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(gần giống tiếng Anh),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ngắn gọn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mạnh mẽ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(tính được số cực lớn, xử lý nhiều dữ liệu) và có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cộng đồng rất lớn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Heading1"/>
      </w:pPr>
      <w:r>
        <w:t>2. Python dùng để làm gì?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3950"/>
        <w:gridCol w:w="5688"/>
      </w:tblGrid>
      <w:tr>
        <w:trPr>
          <w:cantSplit/>
        </w:trPr>
        <w:tc>
          <w:tcPr>
            <w:tcW w:type="dxa" w:w="3950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Lĩnh vực</w:t>
            </w:r>
          </w:p>
        </w:tc>
        <w:tc>
          <w:tcPr>
            <w:tcW w:type="dxa" w:w="568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Ví dụ</w:t>
            </w:r>
          </w:p>
        </w:tc>
      </w:tr>
      <w:tr>
        <w:trPr>
          <w:cantSplit/>
        </w:trPr>
        <w:tc>
          <w:tcPr>
            <w:tcW w:type="dxa" w:w="395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Trí tuệ nhân tạo</w:t>
            </w:r>
          </w:p>
        </w:tc>
        <w:tc>
          <w:tcPr>
            <w:tcW w:type="dxa" w:w="568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máy học, nhận diện hình ảnh, trợ lý ảo</w:t>
            </w:r>
          </w:p>
        </w:tc>
      </w:tr>
      <w:tr>
        <w:trPr>
          <w:cantSplit/>
        </w:trPr>
        <w:tc>
          <w:tcPr>
            <w:tcW w:type="dxa" w:w="395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Trang web, ứng dụng</w:t>
            </w:r>
          </w:p>
        </w:tc>
        <w:tc>
          <w:tcPr>
            <w:tcW w:type="dxa" w:w="568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phần xử lý "phía sau" của nhiều trang web</w:t>
            </w:r>
          </w:p>
        </w:tc>
      </w:tr>
      <w:tr>
        <w:trPr>
          <w:cantSplit/>
        </w:trPr>
        <w:tc>
          <w:tcPr>
            <w:tcW w:type="dxa" w:w="395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Phân tích dữ liệu</w:t>
            </w:r>
          </w:p>
        </w:tc>
        <w:tc>
          <w:tcPr>
            <w:tcW w:type="dxa" w:w="568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thống kê, vẽ biểu đồ, dự báo</w:t>
            </w:r>
          </w:p>
        </w:tc>
      </w:tr>
      <w:tr>
        <w:trPr>
          <w:cantSplit/>
        </w:trPr>
        <w:tc>
          <w:tcPr>
            <w:tcW w:type="dxa" w:w="395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Khoa học</w:t>
            </w:r>
          </w:p>
        </w:tc>
        <w:tc>
          <w:tcPr>
            <w:tcW w:type="dxa" w:w="568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thiên văn, sinh học, vật lý</w:t>
            </w:r>
          </w:p>
        </w:tc>
      </w:tr>
      <w:tr>
        <w:trPr>
          <w:cantSplit/>
        </w:trPr>
        <w:tc>
          <w:tcPr>
            <w:tcW w:type="dxa" w:w="395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Tự động hóa</w:t>
            </w:r>
          </w:p>
        </w:tc>
        <w:tc>
          <w:tcPr>
            <w:tcW w:type="dxa" w:w="568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xử lý hàng nghìn file, tự lập báo cáo</w:t>
            </w:r>
          </w:p>
        </w:tc>
      </w:tr>
      <w:tr>
        <w:trPr>
          <w:cantSplit/>
        </w:trPr>
        <w:tc>
          <w:tcPr>
            <w:tcW w:type="dxa" w:w="395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Robot, đồ chơi thông minh</w:t>
            </w:r>
          </w:p>
        </w:tc>
        <w:tc>
          <w:tcPr>
            <w:tcW w:type="dxa" w:w="568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Raspberry Pi, micro:bit</w:t>
            </w:r>
          </w:p>
        </w:tc>
      </w:tr>
      <w:tr>
        <w:trPr>
          <w:cantSplit/>
        </w:trPr>
        <w:tc>
          <w:tcPr>
            <w:tcW w:type="dxa" w:w="395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Trò chơi</w:t>
            </w:r>
          </w:p>
        </w:tc>
        <w:tc>
          <w:tcPr>
            <w:tcW w:type="dxa" w:w="568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làm game nhỏ với thư viện Pygame</w:t>
            </w:r>
          </w:p>
        </w:tc>
      </w:tr>
    </w:tbl>
    <w:p>
      <w:pPr>
        <w:spacing w:before="0" w:after="0" w:line="144" w:lineRule="auto"/>
      </w:pP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Trong kỳ thi Tin học trẻ (Bảng B – THCS):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phần thi lập trình cho phép dùng Python. Thí sinh đọc đề, viết chương trình; máy chấm chạy chương trình với nhiều bộ dữ liệu (test), mỗi test đúng được điểm riêng.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Từ Scratch sang Python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Scratch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Python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khối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nói [Xin chào]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print("Xin chào")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khối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lặp lại 10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for i in range(10):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khối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nếu … thì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if ...: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phần nằm trong "miệng" khối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các dòng thụt lề 4 dấu cách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3. Cài đặt môi trường học tập (Windows)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Ở giai đoạn đầu, em chỉ cần cài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Thonny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– một phần mềm soạn và chạy Python dành cho người mới học. Bộ cài Thonny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đã có sẵn Python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bên trong.</w:t>
      </w: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3D6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Chỉ tải phần mềm từ trang chính thức: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thonny.org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,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python.org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,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code.visualstudio.com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>. Không tải từ các trang lạ.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Bước 1 – Tải và cài Thonny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1. 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Mở trình duyệt, vào trang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thonny.org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2. 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Ở góc trên, chọn tải bản dành cho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Windows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3. 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Mở file vừa tải về. Nếu Windows hỏi có cho phép cài đặt không, chọn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Yes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4. 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Bấm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Next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ở các bước, rồi bấm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Install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. Chờ vài phút đến khi xong, bấm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Finish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Bước 2 – Mở Thonny lần đầu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1. 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Mở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Thonny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từ menu Start (hoặc biểu tượng trên màn hình).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2. 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Chọn ngôn ngữ giao diện (có thể giữ English) và bấm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Let's go!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3. 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Màn hình Thonny gồm các khu vực: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030"/>
        <w:gridCol w:w="5608"/>
      </w:tblGrid>
      <w:tr>
        <w:trPr>
          <w:cantSplit/>
        </w:trPr>
        <w:tc>
          <w:tcPr>
            <w:tcW w:type="dxa" w:w="4030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Khu vực / nút</w:t>
            </w:r>
          </w:p>
        </w:tc>
        <w:tc>
          <w:tcPr>
            <w:tcW w:type="dxa" w:w="560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Dùng để</w:t>
            </w:r>
          </w:p>
        </w:tc>
      </w:tr>
      <w:tr>
        <w:trPr>
          <w:cantSplit/>
        </w:trPr>
        <w:tc>
          <w:tcPr>
            <w:tcW w:type="dxa" w:w="403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Ô soạn thảo (phía trên)</w:t>
            </w:r>
          </w:p>
        </w:tc>
        <w:tc>
          <w:tcPr>
            <w:tcW w:type="dxa" w:w="560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gõ chương trình</w:t>
            </w:r>
          </w:p>
        </w:tc>
      </w:tr>
      <w:tr>
        <w:trPr>
          <w:cantSplit/>
        </w:trPr>
        <w:tc>
          <w:tcPr>
            <w:tcW w:type="dxa" w:w="403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Ô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Shell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(phía dưới)</w:t>
            </w:r>
          </w:p>
        </w:tc>
        <w:tc>
          <w:tcPr>
            <w:tcW w:type="dxa" w:w="5607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xem kết quả; thử nhanh từng lệnh</w:t>
            </w:r>
          </w:p>
        </w:tc>
      </w:tr>
      <w:tr>
        <w:trPr>
          <w:cantSplit/>
        </w:trPr>
        <w:tc>
          <w:tcPr>
            <w:tcW w:type="dxa" w:w="403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▶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Run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– phím F5</w:t>
            </w:r>
          </w:p>
        </w:tc>
        <w:tc>
          <w:tcPr>
            <w:tcW w:type="dxa" w:w="560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chạy chương trình</w:t>
            </w:r>
          </w:p>
        </w:tc>
      </w:tr>
      <w:tr>
        <w:trPr>
          <w:cantSplit/>
        </w:trPr>
        <w:tc>
          <w:tcPr>
            <w:tcW w:type="dxa" w:w="403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■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Stop</w:t>
            </w:r>
          </w:p>
        </w:tc>
        <w:tc>
          <w:tcPr>
            <w:tcW w:type="dxa" w:w="5607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dừng chương trình đang chạy</w:t>
            </w:r>
          </w:p>
        </w:tc>
      </w:tr>
      <w:tr>
        <w:trPr>
          <w:cantSplit/>
        </w:trPr>
        <w:tc>
          <w:tcPr>
            <w:tcW w:type="dxa" w:w="403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Save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– Ctrl + S</w:t>
            </w:r>
          </w:p>
        </w:tc>
        <w:tc>
          <w:tcPr>
            <w:tcW w:type="dxa" w:w="560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lưu chương trình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Bước 3 – Chạy chương trình đầu tiên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1. 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Gõ vào ô soạn thảo: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"Xin chào, mình là học sinh lớp Python!"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123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*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456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2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**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100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</w:tc>
      </w:tr>
    </w:tbl>
    <w:p>
      <w:pPr>
        <w:spacing w:before="0" w:after="0" w:line="144" w:lineRule="auto"/>
      </w:pP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2. 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Bấm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Ctrl + S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chọn thư mục và đặt tên file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xin_chao.py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3. 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Bấm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F5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 Ô Shell hiện ra:</w:t>
      </w: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8E6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color w:val="E0A800"/>
                <w:sz w:val="18"/>
              </w:rPr>
              <w:t>Kết quả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Xin chào, mình là học sinh lớp Python!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56088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1267650600228229401496703205376</w:t>
            </w:r>
          </w:p>
        </w:tc>
      </w:tr>
    </w:tbl>
    <w:p>
      <w:pPr>
        <w:spacing w:before="0" w:after="0" w:line="144" w:lineRule="auto"/>
      </w:pP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Nếu thấy đúng kết quả như trên: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chúc mừng, em đã cài đặt thành công!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🎉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Bước 4 – Sắp xếp thư mục bài làm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Tạo thư mục riêng cho môn học, ví dụ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D:\PythonHoc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bên trong mỗi buổi một thư mục: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Buoi01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Buoi02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, …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Tên file: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không dấu, không khoảng trắng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đuôi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.py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. Ví dụ: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bai1.py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tong_hai_so.py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3D6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Không đặt tên file trùng tên thư viện của Python như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random.py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,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math.py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,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turtle.py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– chương trình sẽ báo lỗi khó hiểu.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Phím tắt nên nhớ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1752"/>
        <w:gridCol w:w="7886"/>
      </w:tblGrid>
      <w:tr>
        <w:trPr>
          <w:cantSplit/>
        </w:trPr>
        <w:tc>
          <w:tcPr>
            <w:tcW w:type="dxa" w:w="1752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Phím</w:t>
            </w:r>
          </w:p>
        </w:tc>
        <w:tc>
          <w:tcPr>
            <w:tcW w:type="dxa" w:w="7885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Tác dụng</w:t>
            </w:r>
          </w:p>
        </w:tc>
      </w:tr>
      <w:tr>
        <w:trPr>
          <w:cantSplit/>
        </w:trPr>
        <w:tc>
          <w:tcPr>
            <w:tcW w:type="dxa" w:w="1752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F5</w:t>
            </w:r>
          </w:p>
        </w:tc>
        <w:tc>
          <w:tcPr>
            <w:tcW w:type="dxa" w:w="788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chạy chương trình</w:t>
            </w:r>
          </w:p>
        </w:tc>
      </w:tr>
      <w:tr>
        <w:trPr>
          <w:cantSplit/>
        </w:trPr>
        <w:tc>
          <w:tcPr>
            <w:tcW w:type="dxa" w:w="1752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Ctrl + S</w:t>
            </w:r>
          </w:p>
        </w:tc>
        <w:tc>
          <w:tcPr>
            <w:tcW w:type="dxa" w:w="7885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lưu</w:t>
            </w:r>
          </w:p>
        </w:tc>
      </w:tr>
      <w:tr>
        <w:trPr>
          <w:cantSplit/>
        </w:trPr>
        <w:tc>
          <w:tcPr>
            <w:tcW w:type="dxa" w:w="1752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Ctrl + Z</w:t>
            </w:r>
          </w:p>
        </w:tc>
        <w:tc>
          <w:tcPr>
            <w:tcW w:type="dxa" w:w="788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hoàn tác (quay lại thao tác trước)</w:t>
            </w:r>
          </w:p>
        </w:tc>
      </w:tr>
      <w:tr>
        <w:trPr>
          <w:cantSplit/>
        </w:trPr>
        <w:tc>
          <w:tcPr>
            <w:tcW w:type="dxa" w:w="1752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Tab</w:t>
            </w:r>
          </w:p>
        </w:tc>
        <w:tc>
          <w:tcPr>
            <w:tcW w:type="dxa" w:w="7885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thụt lề 4 dấu cách</w:t>
            </w:r>
          </w:p>
        </w:tc>
      </w:tr>
      <w:tr>
        <w:trPr>
          <w:cantSplit/>
        </w:trPr>
        <w:tc>
          <w:tcPr>
            <w:tcW w:type="dxa" w:w="1752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Ctrl + C</w:t>
            </w:r>
          </w:p>
        </w:tc>
        <w:tc>
          <w:tcPr>
            <w:tcW w:type="dxa" w:w="788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dừng chương trình đang chạy (khi bấm trong ô Shell)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4. Khi đã quen: Python + VS Code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Phòng thi có thể dùng phần mềm khác Thonny, nên sau vài tuần học em sẽ làm quen thêm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Visual Studio Code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 Thầy/cô sẽ hướng dẫn trên lớp; các bước chính: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1. 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Vào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python.org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→ Downloads → tải Python 3 bản mới nhất cho Windows.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2. 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Khi cài,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tích ô "Add python.exe to PATH"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ở màn hình đầu tiên, rồi bấm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Install Now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3. 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Kiểm tra: mở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Command Prompt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gõ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python --version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– nếu hiện ra số phiên bản (ví dụ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Python 3.14.0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) là thành công.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4. 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Vào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code.visualstudio.com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tải và cài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VS Code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5. 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Mở VS Code → mục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Extensions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(biểu tượng 4 ô vuông bên trái) → tìm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Python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(của Microsoft) →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Install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Heading1"/>
      </w:pPr>
      <w:r>
        <w:t>5. Xử lý sự cố thường gặp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Hiện tượng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Cách xử lý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Không tải hoặc không cài được Thonny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tạm dùng trình chạy Python trên mạng (ví dụ trang Programiz Online Python Compiler) và báo thầy/cô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Bấm F5 mà không thấy gì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nhìn ô Shell phía dưới; nếu không có ô Shell: menu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View → Shell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Chương trình chạy mãi không dừng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bấm nút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Stop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đỏ hoặc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Ctrl + C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Gõ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python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trong Command Prompt lại mở Microsoft Store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Python chưa được cài, hoặc quên tích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Add python.exe to PATH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– cài lại và tích ô đó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Báo lỗi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SyntaxError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ở chương trình mẫu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kiểm tra dấu ngoặc, dấu nháy; không dùng dấu nháy "cong" khi chép từ Word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6. Bí quyết học lập trình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Tự gõ code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, không sao chép – tay nhớ lâu hơn mắt.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Lỗi là bạn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: đọc thông báo lỗi, sửa, chạy lại.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Mỗi ngày một chút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: 20–30 phút mỗi ngày tốt hơn 3 giờ một lần.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Bí thì hỏi, nhưng hãy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tự nghĩ ít nhất 10 phút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trước.</w:t>
      </w:r>
    </w:p>
    <w:p>
      <w:pPr>
        <w:pStyle w:val="Heading1"/>
      </w:pPr>
      <w:r>
        <w:t>7. Bài tập chuẩn bị cho Buổi 1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1. 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Cài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Thonny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trên máy ở nhà (nhờ bố mẹ hỗ trợ nếu cần).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2. 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Chạy chương trình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xin_chao.py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ở Bước 3.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Chụp ảnh màn hình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kết quả gửi thầy/cô.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3. 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Gõ thử 5 phép tính bất kỳ trong ô Shell, ví dụ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2 + 3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100 // 7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2 ** 50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 Ghi lại kết quả.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4. 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Tạo thư mục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D:\PythonHoc\Buoi01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để chuẩn bị cho buổi học đầu tiên.</w:t>
      </w: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Buổi 1 sẽ học: lệnh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print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, các phép toán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+ - * / // % **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và cách đọc thông báo lỗi.</w:t>
            </w:r>
          </w:p>
        </w:tc>
      </w:tr>
    </w:tbl>
    <w:p>
      <w:pPr>
        <w:spacing w:before="0" w:after="0" w:line="144" w:lineRule="auto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38" w:val="right"/>
      </w:tabs>
    </w:pPr>
    <w:r>
      <w:rPr>
        <w:rFonts w:ascii="Calibri" w:hAnsi="Calibri" w:cs="Calibri" w:eastAsia="Calibri"/>
        <w:color w:val="5B6478"/>
        <w:sz w:val="18"/>
      </w:rPr>
      <w:t>Python cho Tin học trẻ · Buổi 0 – Giới thiệu Python và cài đặt môi trường</w:t>
      <w:tab/>
    </w:r>
    <w:r>
      <w:rPr>
        <w:rFonts w:ascii="Calibri" w:hAnsi="Calibri" w:cs="Calibri" w:eastAsia="Calibri"/>
        <w:color w:val="5B647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Calibri" w:hAnsi="Calibri" w:eastAsia="Calibri" w:cs="Calibri"/>
      <w:b/>
      <w:bCs/>
      <w:color w:val="3776A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 w:eastAsia="Calibri" w:cs="Calibri"/>
      <w:b/>
      <w:bCs/>
      <w:color w:val="1F2A4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