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76" w:lineRule="auto"/>
      </w:pPr>
      <w:r>
        <w:rPr>
          <w:rFonts w:ascii="Calibri" w:hAnsi="Calibri" w:cs="Calibri" w:eastAsia="Calibri"/>
          <w:b/>
          <w:color w:val="3776AB"/>
          <w:sz w:val="22"/>
        </w:rPr>
        <w:t>BUỔI 5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/>
          <w:color w:val="1F2A44"/>
          <w:sz w:val="48"/>
        </w:rPr>
        <w:t>Vòng lặp for</w:t>
      </w:r>
    </w:p>
    <w:p>
      <w:pPr>
        <w:pBdr>
          <w:bottom w:val="single" w:sz="12" w:space="4" w:color="3776AB"/>
        </w:pBdr>
        <w:spacing w:before="0" w:after="120" w:line="276" w:lineRule="auto"/>
      </w:pPr>
      <w:r>
        <w:rPr>
          <w:rFonts w:ascii="Calibri" w:hAnsi="Calibri" w:cs="Calibri" w:eastAsia="Calibri"/>
          <w:b/>
          <w:color w:val="3776AB"/>
          <w:sz w:val="26"/>
        </w:rPr>
        <w:t>Tổng hợp kiến thức và bài tập về nhà</w:t>
      </w:r>
    </w:p>
    <w:p>
      <w:pPr>
        <w:spacing w:before="80" w:after="160" w:line="276" w:lineRule="auto"/>
      </w:pPr>
      <w:r>
        <w:rPr>
          <w:rFonts w:ascii="Calibri" w:hAnsi="Calibri" w:cs="Calibri" w:eastAsia="Calibri"/>
          <w:color w:val="5B6478"/>
          <w:sz w:val="22"/>
        </w:rPr>
        <w:t>Họ và tên: ............................................   Lớp: ..........   Ngày nộp bài: ....................</w:t>
      </w:r>
    </w:p>
    <w:p>
      <w:pPr>
        <w:pStyle w:val="Heading1"/>
      </w:pPr>
      <w:r>
        <w:t>1. Kiến thức chính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Lặp lại n lần với range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3470"/>
        <w:gridCol w:w="6168"/>
      </w:tblGrid>
      <w:tr>
        <w:trPr>
          <w:cantSplit/>
        </w:trPr>
        <w:tc>
          <w:tcPr>
            <w:tcW w:type="dxa" w:w="3470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Scratch</w:t>
            </w:r>
          </w:p>
        </w:tc>
        <w:tc>
          <w:tcPr>
            <w:tcW w:type="dxa" w:w="6168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Python</w:t>
            </w:r>
          </w:p>
        </w:tc>
      </w:tr>
      <w:tr>
        <w:trPr>
          <w:cantSplit/>
        </w:trPr>
        <w:tc>
          <w:tcPr>
            <w:tcW w:type="dxa" w:w="347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lặp lại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2"/>
              </w:rPr>
              <w:t>5</w:t>
            </w:r>
          </w:p>
        </w:tc>
        <w:tc>
          <w:tcPr>
            <w:tcW w:type="dxa" w:w="616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for i in range(5):</w:t>
            </w:r>
          </w:p>
        </w:tc>
      </w:tr>
      <w:tr>
        <w:trPr>
          <w:cantSplit/>
        </w:trPr>
        <w:tc>
          <w:tcPr>
            <w:tcW w:type="dxa" w:w="3470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các khối bên trong</w:t>
            </w:r>
          </w:p>
        </w:tc>
        <w:tc>
          <w:tcPr>
            <w:tcW w:type="dxa" w:w="6168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các dòng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2"/>
              </w:rPr>
              <w:t>thụt vào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4 dấu cách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Viết</w:t>
            </w:r>
          </w:p>
        </w:tc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Biến i lần lượt là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range(5)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0, 1, 2, 3, 4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range(1, 6)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1, 2, 3, 4, 5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range(0, 10, 2)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0, 2, 4, 6, 8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range(10, 0, -1)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10, 9, …, 1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E0A800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FF3D6"/>
          </w:tcPr>
          <w:p>
            <w:pPr>
              <w:spacing w:before="0" w:after="0" w:line="264" w:lineRule="auto"/>
            </w:pP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range(a, b)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đi từ a đến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3"/>
              </w:rPr>
              <w:t>b − 1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. Muốn chạy từ 1 đến n phải viết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range(1, n + 1)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>.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Mẫu tích lũy: tổng, tích, đếm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n =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input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())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tong 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       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1. khởi tạo TRƯỚC vòng lặp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for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i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in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range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, n +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):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tong += i      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2. cập nhật TRONG vòng lặp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(tong)        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3. in SAU vòng lặp (không thụt lề)</w:t>
            </w:r>
          </w:p>
        </w:tc>
      </w:tr>
    </w:tbl>
    <w:p>
      <w:pPr>
        <w:spacing w:before="0" w:after="0" w:line="144" w:lineRule="auto"/>
      </w:pPr>
    </w:p>
    <w:p>
      <w:pPr>
        <w:pStyle w:val="ListBullet"/>
        <w:spacing w:before="0" w:after="4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Tính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tổng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: khởi tạo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0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. Tính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tích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: khởi tạo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1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.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Đếm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: khởi tạo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0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gặp số thỏa mãn thì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dem += 1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pStyle w:val="ListBullet"/>
        <w:spacing w:before="0" w:after="4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Nếu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print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bị thụt vào trong vòng lặp, chương trình sẽ in ra n lần.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In trên một dòng – đọc n số trên n dòng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for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i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in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range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,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6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):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(i, end=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" 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)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in xong thêm dấu cách thay vì xuống dòng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()            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xuống dòng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n =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input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())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for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_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in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range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(n): 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dùng _ khi không cần biến đếm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x =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input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())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học về tốc độ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Vòng lặp 10⁶ lần chạy nhanh, nhưng 10¹⁸ lần thì máy chạy hàng nghìn năm. Khi n rất lớn phải dùng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công thức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ví dụ 1 + 2 + … + n = n × (n + 1) / 2 →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n * (n + 1) // 2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Chạy tay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>Lập bảng giá trị các biến qua từng vòng lặp trên giấy. Đây là cách tốt nhất để hiểu chương trình và tìm lỗi.</w:t>
      </w:r>
    </w:p>
    <w:p>
      <w:pPr>
        <w:pStyle w:val="Heading1"/>
      </w:pPr>
      <w:r>
        <w:t>2. Ghi nhớ và lỗi thường gặp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Em viết</w:t>
            </w:r>
          </w:p>
        </w:tc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Vấn đề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for i in range(1, n):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bỏ sót số n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tich = 0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rồi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tich *= i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tích luôn bằng 0 – phải khởi tạo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tong = 0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đặt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2"/>
              </w:rPr>
              <w:t>trong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vòng lặp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tổng bị đặt lại về 0 ở mỗi vòng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print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thụt lề nhầm vào trong vòng lặp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in ra quá nhiều dòng</w:t>
            </w:r>
          </w:p>
        </w:tc>
      </w:tr>
    </w:tbl>
    <w:p>
      <w:pPr>
        <w:spacing w:before="0" w:after="0" w:line="144" w:lineRule="auto"/>
      </w:pPr>
    </w:p>
    <w:p>
      <w:pPr>
        <w:pStyle w:val="Heading1"/>
      </w:pPr>
      <w:r>
        <w:t>3. Câu hỏi tự kiểm tra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1. 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range(2, 10, 3)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cho những giá trị nào?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2. 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Chương trình sau in ra gì?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s 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0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for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i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in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range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4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):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s += i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(s)</w:t>
            </w:r>
          </w:p>
        </w:tc>
      </w:tr>
    </w:tbl>
    <w:p>
      <w:pPr>
        <w:spacing w:before="0" w:after="0" w:line="144" w:lineRule="auto"/>
      </w:pP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3. 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Muốn tính 1 × 2 × 3 × … × n thì biến tích phải khởi tạo bằng bao nhiêu?</w:t>
      </w:r>
    </w:p>
    <w:p>
      <w:pPr>
        <w:pStyle w:val="Heading1"/>
      </w:pPr>
      <w:r>
        <w:t>4. Bài tập về nhà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1 ★ – CHIA35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số nguyên n (3 ≤ n ≤ 1000).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các số trong đoạn từ 1 đến n chia hết cho 3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hoặc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cho 5, trên một dòng.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2409"/>
        <w:gridCol w:w="7229"/>
      </w:tblGrid>
      <w:tr>
        <w:trPr>
          <w:cantSplit/>
        </w:trPr>
        <w:tc>
          <w:tcPr>
            <w:tcW w:type="dxa" w:w="240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7228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240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15</w:t>
            </w:r>
          </w:p>
        </w:tc>
        <w:tc>
          <w:tcPr>
            <w:tcW w:type="dxa" w:w="722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3 5 6 9 10 12 15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2 ★ – TONGBP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số nguyên n (1 ≤ n ≤ 10⁶).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S = 1² + 2² + … + n².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3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14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10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385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3 ★★ – DEMAM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dòng đầu là n (1 ≤ n ≤ 10⁴); n dòng tiếp theo, mỗi dòng một số nguyên.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có bao nhiêu số âm.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5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3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-1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0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-7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2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2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4 ★★★ (thử thách) – HINHTHOI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số nguyên n (1 ≤ n ≤ 20).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hình thoi gồm 2n − 1 dòng bằng dấu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*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 Ví dụ với n = 3:</w:t>
      </w:r>
    </w:p>
    <w:tbl>
      <w:tblPr>
        <w:tblW w:type="auto" w:w="0"/>
        <w:tblBorders>
          <w:top w:val="nil"/>
          <w:left w:val="single" w:sz="24" w:color="E0A800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FF8E6"/>
          </w:tcPr>
          <w:p>
            <w:pPr>
              <w:spacing w:before="0" w:after="40" w:line="240" w:lineRule="auto"/>
            </w:pPr>
            <w:r>
              <w:rPr>
                <w:rFonts w:ascii="Calibri" w:hAnsi="Calibri" w:cs="Calibri" w:eastAsia="Calibri"/>
                <w:b/>
                <w:color w:val="E0A800"/>
                <w:sz w:val="18"/>
              </w:rPr>
              <w:t>Kết quả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*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***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*****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***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*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3776AB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E8F1FA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Gợi ý: in nửa trên (n dòng) giống kim tự tháp, rồi in nửa dưới (n − 1 dòng) bằng vòng lặp chạy ngược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range(n - 1, 0, -1)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>.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E0A800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FF3D6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Cách nộp bài: mỗi bài một file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.py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đặt tên theo tên bài. Chạy thử với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3"/>
              </w:rPr>
              <w:t>tất cả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ví dụ trước khi nộp!</w:t>
            </w:r>
          </w:p>
        </w:tc>
      </w:tr>
    </w:tbl>
    <w:p>
      <w:pPr>
        <w:spacing w:before="0" w:after="0" w:line="144" w:lineRule="auto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38" w:val="right"/>
      </w:tabs>
    </w:pPr>
    <w:r>
      <w:rPr>
        <w:rFonts w:ascii="Calibri" w:hAnsi="Calibri" w:cs="Calibri" w:eastAsia="Calibri"/>
        <w:color w:val="5B6478"/>
        <w:sz w:val="18"/>
      </w:rPr>
      <w:t>Python cho Tin học trẻ · Buổi 5 – Vòng lặp for</w:t>
      <w:tab/>
    </w:r>
    <w:r>
      <w:rPr>
        <w:rFonts w:ascii="Calibri" w:hAnsi="Calibri" w:cs="Calibri" w:eastAsia="Calibri"/>
        <w:color w:val="5B647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="Calibri" w:hAnsi="Calibri" w:eastAsia="Calibri" w:cs="Calibri"/>
      <w:b/>
      <w:bCs/>
      <w:color w:val="3776A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 w:eastAsia="Calibri" w:cs="Calibri"/>
      <w:b/>
      <w:bCs/>
      <w:color w:val="1F2A4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