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6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Vòng lặp while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Kiến thức chính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Lặp khi chưa biết trước số lần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tien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ngay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while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tien &lt;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50000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: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lặp TRONG KHI điều kiện còn đúng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tien +=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2000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ngay +=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(ngay)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25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6024"/>
        <w:gridCol w:w="3614"/>
      </w:tblGrid>
      <w:tr>
        <w:trPr>
          <w:cantSplit/>
        </w:trPr>
        <w:tc>
          <w:tcPr>
            <w:tcW w:type="dxa" w:w="602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Scratch</w:t>
            </w:r>
          </w:p>
        </w:tc>
        <w:tc>
          <w:tcPr>
            <w:tcW w:type="dxa" w:w="361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Python</w:t>
            </w:r>
          </w:p>
        </w:tc>
      </w:tr>
      <w:tr>
        <w:trPr>
          <w:cantSplit/>
        </w:trPr>
        <w:tc>
          <w:tcPr>
            <w:tcW w:type="dxa" w:w="602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lặp lại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cho đến khi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&lt; đủ tiền &gt;</w:t>
            </w:r>
          </w:p>
        </w:tc>
        <w:tc>
          <w:tcPr>
            <w:tcW w:type="dxa" w:w="361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while tien &lt; 50000:</w:t>
            </w:r>
          </w:p>
        </w:tc>
      </w:tr>
      <w:tr>
        <w:trPr>
          <w:cantSplit/>
        </w:trPr>
        <w:tc>
          <w:tcPr>
            <w:tcW w:type="dxa" w:w="602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liên tục</w:t>
            </w:r>
          </w:p>
        </w:tc>
        <w:tc>
          <w:tcPr>
            <w:tcW w:type="dxa" w:w="361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while True: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Scratch lặp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cho đến khi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điều kiện đúng; Python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while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lặp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trong khi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điều kiện đúng. Hai điều kiện ngược nhau!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Vòng lặp vô hạn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Nếu quên thay đổi biến trong vòng lặp, điều kiện luôn đúng và chương trình chạy mãi. Cách dừng: nút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Stop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trong Thonny hoặc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Ctrl + C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break và continue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while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True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x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x ==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break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thoát hẳn vòng lặp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x &lt;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continue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bỏ qua phần còn lại, sang lượt tiếp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(x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Chọn for hay while?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918"/>
        <w:gridCol w:w="3720"/>
      </w:tblGrid>
      <w:tr>
        <w:trPr>
          <w:cantSplit/>
        </w:trPr>
        <w:tc>
          <w:tcPr>
            <w:tcW w:type="dxa" w:w="591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Tình huống</w:t>
            </w:r>
          </w:p>
        </w:tc>
        <w:tc>
          <w:tcPr>
            <w:tcW w:type="dxa" w:w="372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Dùng</w:t>
            </w:r>
          </w:p>
        </w:tc>
      </w:tr>
      <w:tr>
        <w:trPr>
          <w:cantSplit/>
        </w:trPr>
        <w:tc>
          <w:tcPr>
            <w:tcW w:type="dxa" w:w="591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Biết trước số lần: n số, từ 1 đến n</w:t>
            </w:r>
          </w:p>
        </w:tc>
        <w:tc>
          <w:tcPr>
            <w:tcW w:type="dxa" w:w="372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for</w:t>
            </w:r>
          </w:p>
        </w:tc>
      </w:tr>
      <w:tr>
        <w:trPr>
          <w:cantSplit/>
        </w:trPr>
        <w:tc>
          <w:tcPr>
            <w:tcW w:type="dxa" w:w="591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Lặp đến khi một điều kiện xảy ra</w:t>
            </w:r>
          </w:p>
        </w:tc>
        <w:tc>
          <w:tcPr>
            <w:tcW w:type="dxa" w:w="372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while</w:t>
            </w:r>
          </w:p>
        </w:tc>
      </w:tr>
      <w:tr>
        <w:trPr>
          <w:cantSplit/>
        </w:trPr>
        <w:tc>
          <w:tcPr>
            <w:tcW w:type="dxa" w:w="591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Lặp mãi, tự quyết định lúc dừng</w:t>
            </w:r>
          </w:p>
        </w:tc>
        <w:tc>
          <w:tcPr>
            <w:tcW w:type="dxa" w:w="372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while True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+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break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2. Ghi nhớ và lỗi thường gặp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Lỗi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Hậu quả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Quên cập nhật biến trong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while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vòng lặp vô hạn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Viết điều kiện của Scratch (cho đến khi) vào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while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vòng lặp không chạy lần nào hoặc chạy sai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Khởi tạo giá trị lớn nhất bằng 0 khi các số có thể âm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kết quả sai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Đếm chữ số bằng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while n &gt; 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khi n = 0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ra 0 chữ số thay vì 1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Vòng lặp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while x &lt; 10: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sẽ chạy bao nhiêu lần nếu bên trong có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x += 3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và ban đầu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x = 1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break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khác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continue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thế nào?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Đề bài: "đọc các số cho đến khi gặp số 0". Nên dùng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for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hay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while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?</w:t>
      </w:r>
    </w:p>
    <w:p>
      <w:pPr>
        <w:pStyle w:val="Heading1"/>
      </w:pPr>
      <w:r>
        <w:t>4. Bài tập về nhà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★★ – FIBO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Dãy Fibonacci: 1, 1, 2, 3, 5, 8, 13, … (mỗi số bằng tổng hai số đứng trước).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nguyên n (1 ≤ n ≤ 10¹⁸).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các số Fibonacci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không vượt quá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n, trên một dòng.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3043"/>
        <w:gridCol w:w="6595"/>
      </w:tblGrid>
      <w:tr>
        <w:trPr>
          <w:cantSplit/>
        </w:trPr>
        <w:tc>
          <w:tcPr>
            <w:tcW w:type="dxa" w:w="304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659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304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10</w:t>
            </w:r>
          </w:p>
        </w:tc>
        <w:tc>
          <w:tcPr>
            <w:tcW w:type="dxa" w:w="659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1 1 2 3 5 8</w:t>
            </w:r>
          </w:p>
        </w:tc>
      </w:tr>
      <w:tr>
        <w:trPr>
          <w:cantSplit/>
        </w:trPr>
        <w:tc>
          <w:tcPr>
            <w:tcW w:type="dxa" w:w="304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</w:t>
            </w:r>
          </w:p>
        </w:tc>
        <w:tc>
          <w:tcPr>
            <w:tcW w:type="dxa" w:w="659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1 1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★★ – CHINHPHUONG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Số chính phương là bình phương của một số nguyên: 1, 4, 9, 16, 25, …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nguyên n (1 ≤ n ≤ 10¹²).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chính phương nhỏ nhất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lớn hơn hoặc bằng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10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16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16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16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★★★ (thử thách) – CANSO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Cộng các chữ số của n được một số mới. Lặp lại việc cộng chữ số cho đến khi chỉ còn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một chữ số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 In chữ số đó.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Ví dụ: 9875 → 9 + 8 + 7 + 5 = 29 → 2 + 9 = 11 → 1 + 1 = 2.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nguyên n (0 ≤ n ≤ 10¹⁸).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chữ số cuối cùng.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9875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7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7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Gợi ý: dùng hai vòng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while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lồng nhau – vòng ngoài lặp khi n ≥ 10, vòng trong tính tổng chữ số.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bài. Chạy thử với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tất cả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ví dụ trước khi nộp!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6 – Vòng lặp while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