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7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Bài toán xử lý chữ số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Bóc từng chữ số bằng % 10 và // 10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n &gt;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d = n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chữ số cuối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(d)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n //=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bỏ chữ số cuối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Chạy tay với n = 2026: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445"/>
        <w:gridCol w:w="2409"/>
        <w:gridCol w:w="2409"/>
        <w:gridCol w:w="3373"/>
      </w:tblGrid>
      <w:tr>
        <w:trPr>
          <w:cantSplit/>
        </w:trPr>
        <w:tc>
          <w:tcPr>
            <w:tcW w:type="dxa" w:w="144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Vòng</w:t>
            </w:r>
          </w:p>
        </w:tc>
        <w:tc>
          <w:tcPr>
            <w:tcW w:type="dxa" w:w="240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n đầu vòng</w:t>
            </w:r>
          </w:p>
        </w:tc>
        <w:tc>
          <w:tcPr>
            <w:tcW w:type="dxa" w:w="240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d = n % 10</w:t>
            </w:r>
          </w:p>
        </w:tc>
        <w:tc>
          <w:tcPr>
            <w:tcW w:type="dxa" w:w="337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 xml:space="preserve">n sau </w:t>
            </w:r>
            <w:r>
              <w:rPr>
                <w:rFonts w:ascii="Consolas" w:hAnsi="Consolas" w:cs="Consolas" w:eastAsia="Consolas"/>
                <w:color w:val="FFE38A"/>
                <w:sz w:val="20"/>
                <w:shd w:val="clear" w:color="auto" w:fill="F3EEE4"/>
              </w:rPr>
              <w:t>//= 10</w:t>
            </w:r>
          </w:p>
        </w:tc>
      </w:tr>
      <w:tr>
        <w:trPr>
          <w:cantSplit/>
        </w:trPr>
        <w:tc>
          <w:tcPr>
            <w:tcW w:type="dxa" w:w="144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</w:t>
            </w:r>
          </w:p>
        </w:tc>
        <w:tc>
          <w:tcPr>
            <w:tcW w:type="dxa" w:w="24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2026</w:t>
            </w:r>
          </w:p>
        </w:tc>
        <w:tc>
          <w:tcPr>
            <w:tcW w:type="dxa" w:w="24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6</w:t>
            </w:r>
          </w:p>
        </w:tc>
        <w:tc>
          <w:tcPr>
            <w:tcW w:type="dxa" w:w="337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202</w:t>
            </w:r>
          </w:p>
        </w:tc>
      </w:tr>
      <w:tr>
        <w:trPr>
          <w:cantSplit/>
        </w:trPr>
        <w:tc>
          <w:tcPr>
            <w:tcW w:type="dxa" w:w="144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</w:t>
            </w:r>
          </w:p>
        </w:tc>
        <w:tc>
          <w:tcPr>
            <w:tcW w:type="dxa" w:w="240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202</w:t>
            </w:r>
          </w:p>
        </w:tc>
        <w:tc>
          <w:tcPr>
            <w:tcW w:type="dxa" w:w="240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</w:t>
            </w:r>
          </w:p>
        </w:tc>
        <w:tc>
          <w:tcPr>
            <w:tcW w:type="dxa" w:w="337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20</w:t>
            </w:r>
          </w:p>
        </w:tc>
      </w:tr>
      <w:tr>
        <w:trPr>
          <w:cantSplit/>
        </w:trPr>
        <w:tc>
          <w:tcPr>
            <w:tcW w:type="dxa" w:w="144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3</w:t>
            </w:r>
          </w:p>
        </w:tc>
        <w:tc>
          <w:tcPr>
            <w:tcW w:type="dxa" w:w="24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20</w:t>
            </w:r>
          </w:p>
        </w:tc>
        <w:tc>
          <w:tcPr>
            <w:tcW w:type="dxa" w:w="24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0</w:t>
            </w:r>
          </w:p>
        </w:tc>
        <w:tc>
          <w:tcPr>
            <w:tcW w:type="dxa" w:w="337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</w:t>
            </w:r>
          </w:p>
        </w:tc>
      </w:tr>
      <w:tr>
        <w:trPr>
          <w:cantSplit/>
        </w:trPr>
        <w:tc>
          <w:tcPr>
            <w:tcW w:type="dxa" w:w="144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4</w:t>
            </w:r>
          </w:p>
        </w:tc>
        <w:tc>
          <w:tcPr>
            <w:tcW w:type="dxa" w:w="240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</w:t>
            </w:r>
          </w:p>
        </w:tc>
        <w:tc>
          <w:tcPr>
            <w:tcW w:type="dxa" w:w="240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2</w:t>
            </w:r>
          </w:p>
        </w:tc>
        <w:tc>
          <w:tcPr>
            <w:tcW w:type="dxa" w:w="337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0 → dừng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Đảo ngược một số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r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n &gt;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r = r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+ n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1234 → r = 4, 43, 432, 4321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n //=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Cách 2: đổi số thành xâu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s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đọc luôn dạng xâu, ví dụ "2026"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len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(s)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số chữ số: 4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], s[-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chữ số đầu "2", chữ số cuối "6"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s[::-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đảo ngược: "6202"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c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s: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duyệt từng chữ số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d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(c)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đổi một ký tự thành số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091"/>
        <w:gridCol w:w="6547"/>
      </w:tblGrid>
      <w:tr>
        <w:trPr>
          <w:cantSplit/>
        </w:trPr>
        <w:tc>
          <w:tcPr>
            <w:tcW w:type="dxa" w:w="309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Cách</w:t>
            </w:r>
          </w:p>
        </w:tc>
        <w:tc>
          <w:tcPr>
            <w:tcW w:type="dxa" w:w="654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Khi nào dùng</w:t>
            </w:r>
          </w:p>
        </w:tc>
      </w:tr>
      <w:tr>
        <w:trPr>
          <w:cantSplit/>
        </w:trPr>
        <w:tc>
          <w:tcPr>
            <w:tcW w:type="dxa" w:w="309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%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và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// 10</w:t>
            </w:r>
          </w:p>
        </w:tc>
        <w:tc>
          <w:tcPr>
            <w:tcW w:type="dxa" w:w="654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số đang được tính toán; đổi cơ số (nhị phân…)</w:t>
            </w:r>
          </w:p>
        </w:tc>
      </w:tr>
      <w:tr>
        <w:trPr>
          <w:cantSplit/>
        </w:trPr>
        <w:tc>
          <w:tcPr>
            <w:tcW w:type="dxa" w:w="309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Đổi thành xâu</w:t>
            </w:r>
          </w:p>
        </w:tc>
        <w:tc>
          <w:tcPr>
            <w:tcW w:type="dxa" w:w="654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đề cho sẵn số, chỉ cần đếm / đảo / so sánh chữ số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Đổi sang hệ nhị phân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Giống bóc chữ số nhưng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chia cho 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các số dư đọc từ dưới lên chính là biểu diễn nhị phân. 13 → dư 1, 0, 1, 1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1101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131"/>
        <w:gridCol w:w="5508"/>
      </w:tblGrid>
      <w:tr>
        <w:trPr>
          <w:cantSplit/>
        </w:trPr>
        <w:tc>
          <w:tcPr>
            <w:tcW w:type="dxa" w:w="413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55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Quên trường hợp n = 0</w:t>
            </w:r>
          </w:p>
        </w:tc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n &gt; 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không chạy lần nào → đếm ra 0 chữ số</w:t>
            </w:r>
          </w:p>
        </w:tc>
      </w:tr>
      <w:tr>
        <w:trPr>
          <w:cantSplit/>
        </w:trPr>
        <w:tc>
          <w:tcPr>
            <w:tcW w:type="dxa" w:w="413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Quên đổi ký tự sang số</w:t>
            </w:r>
          </w:p>
        </w:tc>
        <w:tc>
          <w:tcPr>
            <w:tcW w:type="dxa" w:w="55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tong += c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lỗi – phải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tong += int(c)</w:t>
            </w:r>
          </w:p>
        </w:tc>
      </w:tr>
      <w:tr>
        <w:trPr>
          <w:cantSplit/>
        </w:trPr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Ghép xâu nhị phân sai chiều</w:t>
            </w:r>
          </w:p>
        </w:tc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phải ghép vào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đầu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: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kq = str(n % 2) + kq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7351 % 10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7351 // 10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bằng bao nhiêu?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Đảo ngược số 1200 được số nào?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nhị phân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101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bằng bao nhiêu trong hệ thập phân?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DEMCHAN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(0 ≤ n ≤ 10¹⁸).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chữ số chẵn của 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2026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135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DOIXUNG11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Không có input. Liệt kê tất cả các 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đối xứng có 4 chữ số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chia hết cho 11, theo thứ tự tăng dần, trên một dòng.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Trước khi chạy, hãy đoán xem có bao nhiêu số như vậy!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NHIPHAN2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xâu gồm các chữ số 0 và 1 (độ dài ≤ 60) – biểu diễn nhị phân của một số.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đó trong hệ thập phân.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1101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13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SODEP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Một số gọi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số đẹp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tổng các chữ số của nó chia hết cho 10. Ví dụ 19, 55, 208.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hai số nguyên a, b (1 ≤ a ≤ b ≤ 10⁵).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lượng số đẹp trong đoạn từ a đến b.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190"/>
        <w:gridCol w:w="4448"/>
      </w:tblGrid>
      <w:tr>
        <w:trPr>
          <w:cantSplit/>
        </w:trPr>
        <w:tc>
          <w:tcPr>
            <w:tcW w:type="dxa" w:w="5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44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1 100</w:t>
            </w:r>
          </w:p>
        </w:tc>
        <w:tc>
          <w:tcPr>
            <w:tcW w:type="dxa" w:w="444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</w:t>
            </w:r>
          </w:p>
        </w:tc>
      </w:tr>
      <w:tr>
        <w:trPr>
          <w:cantSplit/>
        </w:trPr>
        <w:tc>
          <w:tcPr>
            <w:tcW w:type="dxa" w:w="5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19 19</w:t>
            </w:r>
          </w:p>
        </w:tc>
        <w:tc>
          <w:tcPr>
            <w:tcW w:type="dxa" w:w="444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7 – Bài toán xử lý chữ số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