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8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Ước, số nguyên tố, UCLN – BCNN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3776AB"/>
          <w:sz w:val="26"/>
        </w:rPr>
        <w:t>Tổng hợp kiến thức và bài tập về nhà</w:t>
      </w:r>
    </w:p>
    <w:p>
      <w:pPr>
        <w:spacing w:before="80" w:after="160" w:line="276" w:lineRule="auto"/>
      </w:pPr>
      <w:r>
        <w:rPr>
          <w:rFonts w:ascii="Calibri" w:hAnsi="Calibri" w:cs="Calibri" w:eastAsia="Calibri"/>
          <w:color w:val="5B6478"/>
          <w:sz w:val="22"/>
        </w:rPr>
        <w:t>Họ và tên: ............................................   Lớp: ..........   Ngày nộp bài: ....................</w:t>
      </w:r>
    </w:p>
    <w:p>
      <w:pPr>
        <w:pStyle w:val="Heading1"/>
      </w:pPr>
      <w:r>
        <w:t>1. Kiến thức chính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Ước và số nguyên tố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a chia hết cho b khi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 % b == 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; khi đó b là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ước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của a.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Số nguyên tố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có đúng 2 ước là 1 và chính nó: 2, 3, 5, 7, 11, 13, …</w:t>
      </w: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Số 0, số 1 và số âm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không phải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số nguyên tố.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Chỉ cần xét đến √n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Ước luôn đi theo cặp: 36 = 1×36 = 2×18 = 3×12 = 4×9 = 6×6. Trong mỗi cặp có một số ≤ √36 = 6. Vì vậy chỉ cần thử i khi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i * i &lt;= 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n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nt = n &gt;=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2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số nhỏ hơn 2 không phải nguyên tố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i 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2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while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i * i &lt;= n: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n % i ==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nt =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False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tìm thấy ước → không nguyên tố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break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i +=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"YES"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nt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else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"NO"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Đếm ước bằng cặp (i, n // i): mỗi ước i ≤ √n cho 2 ước, riêng khi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i * i == 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chỉ đếm 1.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Tốc độ: bao nhiêu phép tính là kịp?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Python làm được khoảng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10⁶ – 10⁷ phép tính mỗi giây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2029"/>
        <w:gridCol w:w="7609"/>
      </w:tblGrid>
      <w:tr>
        <w:trPr>
          <w:cantSplit/>
        </w:trPr>
        <w:tc>
          <w:tcPr>
            <w:tcW w:type="dxa" w:w="202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n tối đa</w:t>
            </w:r>
          </w:p>
        </w:tc>
        <w:tc>
          <w:tcPr>
            <w:tcW w:type="dxa" w:w="760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Cách làm</w:t>
            </w:r>
          </w:p>
        </w:tc>
      </w:tr>
      <w:tr>
        <w:trPr>
          <w:cantSplit/>
        </w:trPr>
        <w:tc>
          <w:tcPr>
            <w:tcW w:type="dxa" w:w="202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≤ 10⁶</w:t>
            </w:r>
          </w:p>
        </w:tc>
        <w:tc>
          <w:tcPr>
            <w:tcW w:type="dxa" w:w="760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duyệt i từ 1 đến n được</w:t>
            </w:r>
          </w:p>
        </w:tc>
      </w:tr>
      <w:tr>
        <w:trPr>
          <w:cantSplit/>
        </w:trPr>
        <w:tc>
          <w:tcPr>
            <w:tcW w:type="dxa" w:w="202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≤ 10¹²</w:t>
            </w:r>
          </w:p>
        </w:tc>
        <w:tc>
          <w:tcPr>
            <w:tcW w:type="dxa" w:w="760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phải dùng √n (khoảng 10⁶ bước)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UCLN – thuật toán Euclid, BCNN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UCLN(a, b) = UCLN(b, a % b), và UCLN(a, 0) = a.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a, b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map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().split())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x, y = a, b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while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y !=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x, y = y, x % y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g = x  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UCLN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(g, a // g * b)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BCNN = a × b ÷ UCLN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Khi đi thi được dùng thư viện: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import math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rồi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math.gcd(a, b)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math.lcm(a, b)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1"/>
      </w:pPr>
      <w:r>
        <w:t>2. Ghi nhớ và lỗi thường gặp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5257"/>
        <w:gridCol w:w="4381"/>
      </w:tblGrid>
      <w:tr>
        <w:trPr>
          <w:cantSplit/>
        </w:trPr>
        <w:tc>
          <w:tcPr>
            <w:tcW w:type="dxa" w:w="525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Lỗi</w:t>
            </w:r>
          </w:p>
        </w:tc>
        <w:tc>
          <w:tcPr>
            <w:tcW w:type="dxa" w:w="4381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Hậu quả</w:t>
            </w:r>
          </w:p>
        </w:tc>
      </w:tr>
      <w:tr>
        <w:trPr>
          <w:cantSplit/>
        </w:trPr>
        <w:tc>
          <w:tcPr>
            <w:tcW w:type="dxa" w:w="525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Coi số 1 là nguyên tố</w:t>
            </w:r>
          </w:p>
        </w:tc>
        <w:tc>
          <w:tcPr>
            <w:tcW w:type="dxa" w:w="4381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sai test n = 1</w:t>
            </w:r>
          </w:p>
        </w:tc>
      </w:tr>
      <w:tr>
        <w:trPr>
          <w:cantSplit/>
        </w:trPr>
        <w:tc>
          <w:tcPr>
            <w:tcW w:type="dxa" w:w="525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Duyệt đến n khi n ≤ 10¹²</w:t>
            </w:r>
          </w:p>
        </w:tc>
        <w:tc>
          <w:tcPr>
            <w:tcW w:type="dxa" w:w="4381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quá thời gian</w:t>
            </w:r>
          </w:p>
        </w:tc>
      </w:tr>
      <w:tr>
        <w:trPr>
          <w:cantSplit/>
        </w:trPr>
        <w:tc>
          <w:tcPr>
            <w:tcW w:type="dxa" w:w="525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Đếm ước i và n // i hai lần khi i × i = n</w:t>
            </w:r>
          </w:p>
        </w:tc>
        <w:tc>
          <w:tcPr>
            <w:tcW w:type="dxa" w:w="4381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thừa 1 ước với số chính phương</w:t>
            </w:r>
          </w:p>
        </w:tc>
      </w:tr>
      <w:tr>
        <w:trPr>
          <w:cantSplit/>
        </w:trPr>
        <w:tc>
          <w:tcPr>
            <w:tcW w:type="dxa" w:w="525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Tính BCNN bằng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 * b / g</w:t>
            </w:r>
          </w:p>
        </w:tc>
        <w:tc>
          <w:tcPr>
            <w:tcW w:type="dxa" w:w="4381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ra số thực – dùng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//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3. Câu hỏi tự kiểm tra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Số 91 có phải số nguyên tố không?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Chạy tay thuật toán Euclid với (60, 24). UCLN bằng bao nhiêu?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Muốn kiểm tra số n = 10¹⁰ có nguyên tố không, vòng lặp cần chạy khoảng bao nhiêu lần?</w:t>
      </w:r>
    </w:p>
    <w:p>
      <w:pPr>
        <w:pStyle w:val="Heading1"/>
      </w:pPr>
      <w:r>
        <w:t>4. Bài tập về nhà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1 ★★ – DEMNT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hai số nguyên a, b (1 ≤ a ≤ b ≤ 10⁴).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lượng số nguyên tố trong đoạn từ a đến b.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5190"/>
        <w:gridCol w:w="4448"/>
      </w:tblGrid>
      <w:tr>
        <w:trPr>
          <w:cantSplit/>
        </w:trPr>
        <w:tc>
          <w:tcPr>
            <w:tcW w:type="dxa" w:w="519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44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519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1 10</w:t>
            </w:r>
          </w:p>
        </w:tc>
        <w:tc>
          <w:tcPr>
            <w:tcW w:type="dxa" w:w="444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4</w:t>
            </w:r>
          </w:p>
        </w:tc>
      </w:tr>
      <w:tr>
        <w:trPr>
          <w:cantSplit/>
        </w:trPr>
        <w:tc>
          <w:tcPr>
            <w:tcW w:type="dxa" w:w="519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10 20</w:t>
            </w:r>
          </w:p>
        </w:tc>
        <w:tc>
          <w:tcPr>
            <w:tcW w:type="dxa" w:w="444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4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2 ★★ – SINHDOI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Hai số nguyên tố hơn kém nhau 2 gọi là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cặp số nguyên tố sinh đôi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(ví dụ 3 và 5, 11 và 13).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nguyên n (5 ≤ n ≤ 10⁴).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mỗi dòng một cặp p, p + 2 với p + 2 ≤ n, theo thứ tự tăng dần.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448"/>
        <w:gridCol w:w="5190"/>
      </w:tblGrid>
      <w:tr>
        <w:trPr>
          <w:cantSplit/>
        </w:trPr>
        <w:tc>
          <w:tcPr>
            <w:tcW w:type="dxa" w:w="444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519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44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20</w:t>
            </w:r>
          </w:p>
        </w:tc>
        <w:tc>
          <w:tcPr>
            <w:tcW w:type="dxa" w:w="519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3 5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5 7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11 13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17 19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3 ★★ – UCLNDAY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dòng 1 là n (1 ≤ n ≤ 1000); dòng 2 là n số nguyên dương (≤ 10⁹).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UCLN của cả n số.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6024"/>
        <w:gridCol w:w="3614"/>
      </w:tblGrid>
      <w:tr>
        <w:trPr>
          <w:cantSplit/>
        </w:trPr>
        <w:tc>
          <w:tcPr>
            <w:tcW w:type="dxa" w:w="602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361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602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12 18 24</w:t>
            </w:r>
          </w:p>
        </w:tc>
        <w:tc>
          <w:tcPr>
            <w:tcW w:type="dxa" w:w="361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6</w:t>
            </w:r>
          </w:p>
        </w:tc>
      </w:tr>
      <w:tr>
        <w:trPr>
          <w:cantSplit/>
        </w:trPr>
        <w:tc>
          <w:tcPr>
            <w:tcW w:type="dxa" w:w="602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7 5</w:t>
            </w:r>
          </w:p>
        </w:tc>
        <w:tc>
          <w:tcPr>
            <w:tcW w:type="dxa" w:w="361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Gợi ý: UCLN(a, b, c) = UCLN(UCLN(a, b), c).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4 ★★★ (thử thách) – TONGUOC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nguyên n (1 ≤ n ≤ 10¹²).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tổng tất cả các ước của n.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12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28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36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91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Cách nộp bài: mỗi bài một file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đặt tên theo tên bài. Chạy thử với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tất cả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ví dụ trước khi nộp!</w:t>
            </w:r>
          </w:p>
        </w:tc>
      </w:tr>
    </w:tbl>
    <w:p>
      <w:pPr>
        <w:spacing w:before="0" w:after="0" w:line="144" w:lineRule="auto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8 – Ước, số nguyên tố, UCLN – BCNN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