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9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Danh sách (list)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Tạo và truy cập list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338"/>
        <w:gridCol w:w="4300"/>
      </w:tblGrid>
      <w:tr>
        <w:trPr>
          <w:cantSplit/>
        </w:trPr>
        <w:tc>
          <w:tcPr>
            <w:tcW w:type="dxa" w:w="5338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Scratch</w:t>
            </w:r>
          </w:p>
        </w:tc>
        <w:tc>
          <w:tcPr>
            <w:tcW w:type="dxa" w:w="430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</w:t>
            </w:r>
          </w:p>
        </w:tc>
      </w:tr>
      <w:tr>
        <w:trPr>
          <w:cantSplit/>
        </w:trPr>
        <w:tc>
          <w:tcPr>
            <w:tcW w:type="dxa" w:w="53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thêm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5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vào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ds</w:t>
            </w:r>
          </w:p>
        </w:tc>
        <w:tc>
          <w:tcPr>
            <w:tcW w:type="dxa" w:w="430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ds.append(5)</w:t>
            </w:r>
          </w:p>
        </w:tc>
      </w:tr>
      <w:tr>
        <w:trPr>
          <w:cantSplit/>
        </w:trPr>
        <w:tc>
          <w:tcPr>
            <w:tcW w:type="dxa" w:w="53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phần tử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1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của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ds</w:t>
            </w:r>
          </w:p>
        </w:tc>
        <w:tc>
          <w:tcPr>
            <w:tcW w:type="dxa" w:w="430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ds[0]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← Python đếm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từ 0</w:t>
            </w:r>
          </w:p>
        </w:tc>
      </w:tr>
      <w:tr>
        <w:trPr>
          <w:cantSplit/>
        </w:trPr>
        <w:tc>
          <w:tcPr>
            <w:tcW w:type="dxa" w:w="5338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độ dài của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ds</w:t>
            </w:r>
          </w:p>
        </w:tc>
        <w:tc>
          <w:tcPr>
            <w:tcW w:type="dxa" w:w="430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len(ds)</w:t>
            </w:r>
          </w:p>
        </w:tc>
      </w:tr>
      <w:tr>
        <w:trPr>
          <w:cantSplit/>
        </w:trPr>
        <w:tc>
          <w:tcPr>
            <w:tcW w:type="dxa" w:w="5338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thay phần tử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1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của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ds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bằng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2"/>
              </w:rPr>
              <w:t>9</w:t>
            </w:r>
          </w:p>
        </w:tc>
        <w:tc>
          <w:tcPr>
            <w:tcW w:type="dxa" w:w="430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ds[0] = 9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Với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= [3, 1, 4, 1, 5]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: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2224"/>
        <w:gridCol w:w="1482"/>
        <w:gridCol w:w="1482"/>
        <w:gridCol w:w="1482"/>
        <w:gridCol w:w="1482"/>
        <w:gridCol w:w="1482"/>
      </w:tblGrid>
      <w:tr>
        <w:trPr>
          <w:cantSplit/>
        </w:trPr>
        <w:tc>
          <w:tcPr>
            <w:tcW w:type="dxa" w:w="222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Chỉ số</w:t>
            </w:r>
          </w:p>
        </w:tc>
        <w:tc>
          <w:tcPr>
            <w:tcW w:type="dxa" w:w="14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0</w:t>
            </w:r>
          </w:p>
        </w:tc>
        <w:tc>
          <w:tcPr>
            <w:tcW w:type="dxa" w:w="14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14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14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14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4</w:t>
            </w:r>
          </w:p>
        </w:tc>
      </w:tr>
      <w:tr>
        <w:trPr>
          <w:cantSplit/>
        </w:trPr>
        <w:tc>
          <w:tcPr>
            <w:tcW w:type="dxa" w:w="222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Giá trị</w:t>
            </w:r>
          </w:p>
        </w:tc>
        <w:tc>
          <w:tcPr>
            <w:tcW w:type="dxa" w:w="14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3</w:t>
            </w:r>
          </w:p>
        </w:tc>
        <w:tc>
          <w:tcPr>
            <w:tcW w:type="dxa" w:w="14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</w:t>
            </w:r>
          </w:p>
        </w:tc>
        <w:tc>
          <w:tcPr>
            <w:tcW w:type="dxa" w:w="14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4</w:t>
            </w:r>
          </w:p>
        </w:tc>
        <w:tc>
          <w:tcPr>
            <w:tcW w:type="dxa" w:w="14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1</w:t>
            </w:r>
          </w:p>
        </w:tc>
        <w:tc>
          <w:tcPr>
            <w:tcW w:type="dxa" w:w="14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5</w:t>
            </w:r>
          </w:p>
        </w:tc>
      </w:tr>
      <w:tr>
        <w:trPr>
          <w:cantSplit/>
        </w:trPr>
        <w:tc>
          <w:tcPr>
            <w:tcW w:type="dxa" w:w="222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Chỉ số âm</w:t>
            </w:r>
          </w:p>
        </w:tc>
        <w:tc>
          <w:tcPr>
            <w:tcW w:type="dxa" w:w="14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-5</w:t>
            </w:r>
          </w:p>
        </w:tc>
        <w:tc>
          <w:tcPr>
            <w:tcW w:type="dxa" w:w="14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-4</w:t>
            </w:r>
          </w:p>
        </w:tc>
        <w:tc>
          <w:tcPr>
            <w:tcW w:type="dxa" w:w="14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-3</w:t>
            </w:r>
          </w:p>
        </w:tc>
        <w:tc>
          <w:tcPr>
            <w:tcW w:type="dxa" w:w="14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-2</w:t>
            </w:r>
          </w:p>
        </w:tc>
        <w:tc>
          <w:tcPr>
            <w:tcW w:type="dxa" w:w="14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-1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a[-1]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phần tử cuối.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a[5]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gây lỗi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IndexError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[0] * 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tạo list gồm n số 0.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Đọc và in một dãy số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a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list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map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().split()))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dãy n số trên MỘT dòng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(*a)      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in các phần tử cách nhau dấu cách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(*a[::-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])         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in dãy theo thứ tự ngược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Duyệt list – hai cách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x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a:       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lấy từng GIÁ TRỊ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(x)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i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range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(n):    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lấy từng CHỈ SỐ (khi cần biết vị trí)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(i +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a[i])   </w:t>
            </w:r>
            <w:r>
              <w:rPr>
                <w:rFonts w:ascii="Consolas" w:hAnsi="Consolas" w:cs="Consolas" w:eastAsia="Consolas"/>
                <w:i/>
                <w:color w:val="6B7280"/>
                <w:sz w:val="20"/>
              </w:rPr>
              <w:t># đề thi thường đánh số từ 1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Khi nào cần lưu vào list?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Khi phải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nhìn lại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dữ liệu: ví dụ đếm số phần tử lớn hơn trung bình cộng – phải đọc hết mới biết trung bình, rồi duyệt lại để đếm.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Mảng đếm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Khi giá trị nhỏ (ví dụ 0 ≤ aᵢ ≤ 1000), dùng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cnt[v]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số lần giá trị v xuất hiện: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cnt = [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]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for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x </w:t>
            </w: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in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a: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cnt[x] +=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459"/>
        <w:gridCol w:w="5179"/>
      </w:tblGrid>
      <w:tr>
        <w:trPr>
          <w:cantSplit/>
        </w:trPr>
        <w:tc>
          <w:tcPr>
            <w:tcW w:type="dxa" w:w="445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Em viết</w:t>
            </w:r>
          </w:p>
        </w:tc>
        <w:tc>
          <w:tcPr>
            <w:tcW w:type="dxa" w:w="517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Vấn đề</w:t>
            </w:r>
          </w:p>
        </w:tc>
      </w:tr>
      <w:tr>
        <w:trPr>
          <w:cantSplit/>
        </w:trPr>
        <w:tc>
          <w:tcPr>
            <w:tcW w:type="dxa" w:w="445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 = map(int, input().split())</w:t>
            </w:r>
          </w:p>
        </w:tc>
        <w:tc>
          <w:tcPr>
            <w:tcW w:type="dxa" w:w="517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quên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list(...)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→ không dùng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a[0]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được</w:t>
            </w:r>
          </w:p>
        </w:tc>
      </w:tr>
      <w:tr>
        <w:trPr>
          <w:cantSplit/>
        </w:trPr>
        <w:tc>
          <w:tcPr>
            <w:tcW w:type="dxa" w:w="445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print(a[n])</w:t>
            </w:r>
          </w:p>
        </w:tc>
        <w:tc>
          <w:tcPr>
            <w:tcW w:type="dxa" w:w="517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chỉ số cuối là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 - 1</w:t>
            </w:r>
          </w:p>
        </w:tc>
      </w:tr>
      <w:tr>
        <w:trPr>
          <w:cantSplit/>
        </w:trPr>
        <w:tc>
          <w:tcPr>
            <w:tcW w:type="dxa" w:w="445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for i in range(1, n):</w:t>
            </w:r>
          </w:p>
        </w:tc>
        <w:tc>
          <w:tcPr>
            <w:tcW w:type="dxa" w:w="517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bỏ sót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a[0]</w:t>
            </w:r>
          </w:p>
        </w:tc>
      </w:tr>
      <w:tr>
        <w:trPr>
          <w:cantSplit/>
        </w:trPr>
        <w:tc>
          <w:tcPr>
            <w:tcW w:type="dxa" w:w="445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in vị trí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</w:t>
            </w:r>
          </w:p>
        </w:tc>
        <w:tc>
          <w:tcPr>
            <w:tcW w:type="dxa" w:w="517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đề đánh số từ 1 → phải in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 + 1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Với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 = [5, 8, 2, 7]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các giá trị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a[1]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a[-1]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len(a)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bao nhiêu?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Sau lệnh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a.append(4)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thì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a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là gì?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print(*[1, 2, 3])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print([1, 2, 3])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in ra khác nhau thế nào?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VITRILE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dòng 1 là n (1 ≤ n ≤ 10⁵); dòng 2 là dãy n số nguyên.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các phần tử ở vị trí lẻ (vị trí thứ 1, 3, 5, … tính từ 1).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931"/>
        <w:gridCol w:w="3707"/>
      </w:tblGrid>
      <w:tr>
        <w:trPr>
          <w:cantSplit/>
        </w:trPr>
        <w:tc>
          <w:tcPr>
            <w:tcW w:type="dxa" w:w="593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70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93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10 20 30 40 50</w:t>
            </w:r>
          </w:p>
        </w:tc>
        <w:tc>
          <w:tcPr>
            <w:tcW w:type="dxa" w:w="370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10 30 50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DAYDUONG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như bài 1.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các số dương của dãy theo thứ tự ban đầu; nếu không có số dương nào thì in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-1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572"/>
        <w:gridCol w:w="3066"/>
      </w:tblGrid>
      <w:tr>
        <w:trPr>
          <w:cantSplit/>
        </w:trPr>
        <w:tc>
          <w:tcPr>
            <w:tcW w:type="dxa" w:w="657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06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57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6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3 -1 0 7 -5 2</w:t>
            </w:r>
          </w:p>
        </w:tc>
        <w:tc>
          <w:tcPr>
            <w:tcW w:type="dxa" w:w="306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3 7 2</w:t>
            </w:r>
          </w:p>
        </w:tc>
      </w:tr>
      <w:tr>
        <w:trPr>
          <w:cantSplit/>
        </w:trPr>
        <w:tc>
          <w:tcPr>
            <w:tcW w:type="dxa" w:w="657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-4 0</w:t>
            </w:r>
          </w:p>
        </w:tc>
        <w:tc>
          <w:tcPr>
            <w:tcW w:type="dxa" w:w="306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-1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 – DAYDX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như bài 1.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YES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nếu dãy đối xứng (a₁ = aₙ, a₂ = aₙ₋₁, …), ngược lại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6237"/>
        <w:gridCol w:w="3402"/>
      </w:tblGrid>
      <w:tr>
        <w:trPr>
          <w:cantSplit/>
        </w:trPr>
        <w:tc>
          <w:tcPr>
            <w:tcW w:type="dxa" w:w="623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402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623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1 2 3 2 1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YES</w:t>
            </w:r>
          </w:p>
        </w:tc>
      </w:tr>
      <w:tr>
        <w:trPr>
          <w:cantSplit/>
        </w:trPr>
        <w:tc>
          <w:tcPr>
            <w:tcW w:type="dxa" w:w="623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1 2 2 3</w:t>
            </w:r>
          </w:p>
        </w:tc>
        <w:tc>
          <w:tcPr>
            <w:tcW w:type="dxa" w:w="3402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4 ★★★ (thử thách) – DICHVONG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Dịch dãy sang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phải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k vị trí theo vòng tròn: phần tử cuối dãy chuyển lên đầu, lặp lại k lần.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dòng 1 là n và k (1 ≤ n ≤ 10⁵, 0 ≤ k ≤ 10⁹); dòng 2 là dãy n số.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dãy sau khi dịch.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5 2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1 2 3 4 5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4 5 1 2 3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3 4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7 8 9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9 7 8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Gợi ý: dịch n lần thì dãy quay về như cũ. Với k = 10⁹ không thể dịch từng lần – hãy dùng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k % n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và cắt list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a[x:]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a[:x]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9 – Danh sách (list)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