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76" w:lineRule="auto"/>
      </w:pPr>
      <w:r>
        <w:rPr>
          <w:rFonts w:ascii="Calibri" w:hAnsi="Calibri" w:cs="Calibri" w:eastAsia="Calibri"/>
          <w:b/>
          <w:color w:val="3776AB"/>
          <w:sz w:val="22"/>
        </w:rPr>
        <w:t>BUỔI 10</w:t>
      </w:r>
    </w:p>
    <w:p>
      <w:pPr>
        <w:spacing w:before="0" w:after="40" w:line="240" w:lineRule="auto"/>
      </w:pPr>
      <w:r>
        <w:rPr>
          <w:rFonts w:ascii="Calibri" w:hAnsi="Calibri" w:cs="Calibri" w:eastAsia="Calibri"/>
          <w:b/>
          <w:color w:val="1F2A44"/>
          <w:sz w:val="48"/>
        </w:rPr>
        <w:t>Các thuật toán trên dãy</w:t>
      </w:r>
    </w:p>
    <w:p>
      <w:pPr>
        <w:pBdr>
          <w:bottom w:val="single" w:sz="12" w:space="4" w:color="3776AB"/>
        </w:pBdr>
        <w:spacing w:before="0" w:after="120" w:line="276" w:lineRule="auto"/>
      </w:pPr>
      <w:r>
        <w:rPr>
          <w:rFonts w:ascii="Calibri" w:hAnsi="Calibri" w:cs="Calibri" w:eastAsia="Calibri"/>
          <w:b/>
          <w:color w:val="3776AB"/>
          <w:sz w:val="26"/>
        </w:rPr>
        <w:t>Tổng hợp kiến thức và bài tập về nhà</w:t>
      </w:r>
    </w:p>
    <w:p>
      <w:pPr>
        <w:spacing w:before="80" w:after="160" w:line="276" w:lineRule="auto"/>
      </w:pPr>
      <w:r>
        <w:rPr>
          <w:rFonts w:ascii="Calibri" w:hAnsi="Calibri" w:cs="Calibri" w:eastAsia="Calibri"/>
          <w:color w:val="5B6478"/>
          <w:sz w:val="22"/>
        </w:rPr>
        <w:t>Họ và tên: ............................................   Lớp: ..........   Ngày nộp bài: ....................</w:t>
      </w:r>
    </w:p>
    <w:p>
      <w:pPr>
        <w:pStyle w:val="Heading1"/>
      </w:pPr>
      <w:r>
        <w:t>1. Kiến thức chính</w:t>
      </w: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Tìm lớn nhất và vị trí</w:t>
      </w:r>
    </w:p>
    <w:tbl>
      <w:tblPr>
        <w:tblW w:type="auto" w:w="0"/>
        <w:tblBorders>
          <w:top w:val="nil"/>
          <w:left w:val="single" w:sz="24" w:color="C9D3E3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60" w:type="dxa"/>
          <w:bottom w:w="70" w:type="dxa"/>
          <w:right w:w="16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F4F6F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mx = a[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0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]              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KHÔNG khởi tạo mx = 0 (sai khi dãy toàn số âm)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vt =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0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for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i </w:t>
            </w: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in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range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1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, n):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  </w:t>
            </w: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if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a[i] &gt; mx: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      mx = a[i]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      vt = i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print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(mx, vt +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1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)      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vị trí đánh số từ 1</w:t>
            </w:r>
          </w:p>
        </w:tc>
      </w:tr>
    </w:tbl>
    <w:p>
      <w:pPr>
        <w:spacing w:before="0" w:after="0" w:line="144" w:lineRule="auto"/>
      </w:pP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Hàm có sẵn được dùng khi đi thi: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max(a)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,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min(a)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,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sum(a)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,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a.count(x)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,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a.index(x)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.</w:t>
      </w: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Biến cờ – kiểm tra "mọi phần tử đều …"</w:t>
      </w:r>
    </w:p>
    <w:tbl>
      <w:tblPr>
        <w:tblW w:type="auto" w:w="0"/>
        <w:tblBorders>
          <w:top w:val="nil"/>
          <w:left w:val="single" w:sz="24" w:color="C9D3E3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60" w:type="dxa"/>
          <w:bottom w:w="70" w:type="dxa"/>
          <w:right w:w="16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F4F6F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tang = </w:t>
            </w: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True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                 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1. giả sử dãy tăng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for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i </w:t>
            </w: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in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range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1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, n):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  </w:t>
            </w: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if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a[i] &lt;= a[i -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1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]:      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2. tìm phản ví dụ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      tang = </w:t>
            </w: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False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        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3. hạ cờ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      </w:t>
            </w: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break</w:t>
            </w:r>
          </w:p>
        </w:tc>
      </w:tr>
    </w:tbl>
    <w:p>
      <w:pPr>
        <w:spacing w:before="0" w:after="0" w:line="144" w:lineRule="auto"/>
      </w:pP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Duyệt mọi cặp (i &lt; j)</w:t>
      </w:r>
    </w:p>
    <w:tbl>
      <w:tblPr>
        <w:tblW w:type="auto" w:w="0"/>
        <w:tblBorders>
          <w:top w:val="nil"/>
          <w:left w:val="single" w:sz="24" w:color="C9D3E3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60" w:type="dxa"/>
          <w:bottom w:w="70" w:type="dxa"/>
          <w:right w:w="16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F4F6F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for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i </w:t>
            </w: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in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range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(n):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  </w:t>
            </w: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for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j </w:t>
            </w: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in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range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(i +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1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, n): 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j bắt đầu từ i + 1: mỗi cặp xét một lần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      ...</w:t>
            </w:r>
          </w:p>
        </w:tc>
      </w:tr>
    </w:tbl>
    <w:p>
      <w:pPr>
        <w:spacing w:before="0" w:after="0" w:line="144" w:lineRule="auto"/>
      </w:pP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Có khoảng n² ÷ 2 cặp: n = 1000 thì kịp, n = 10⁵ thì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không kịp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.</w:t>
      </w: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Đoạn liên tiếp dài nhất</w:t>
      </w:r>
    </w:p>
    <w:tbl>
      <w:tblPr>
        <w:tblW w:type="auto" w:w="0"/>
        <w:tblBorders>
          <w:top w:val="nil"/>
          <w:left w:val="single" w:sz="24" w:color="C9D3E3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60" w:type="dxa"/>
          <w:bottom w:w="70" w:type="dxa"/>
          <w:right w:w="16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F4F6F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best = hien_tai =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1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for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i </w:t>
            </w: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in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range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1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, n):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  </w:t>
            </w: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if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a[i] &gt; a[i -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1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]: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      hien_tai +=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1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       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bậc thang tiếp tục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  </w:t>
            </w: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else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: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      hien_tai =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1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        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bắt đầu lại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  best = 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max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(best, hien_tai)</w:t>
            </w:r>
          </w:p>
        </w:tc>
      </w:tr>
    </w:tbl>
    <w:p>
      <w:pPr>
        <w:spacing w:before="0" w:after="0" w:line="144" w:lineRule="auto"/>
      </w:pP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Chỉ duyệt dãy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một lần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nên chạy nhanh kể cả khi n = 10⁵.</w:t>
      </w:r>
    </w:p>
    <w:p>
      <w:pPr>
        <w:pStyle w:val="Heading1"/>
      </w:pPr>
      <w:r>
        <w:t>2. Ghi nhớ và lỗi thường gặp</w:t>
      </w: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Lỗi</w:t>
            </w:r>
          </w:p>
        </w:tc>
        <w:tc>
          <w:tcPr>
            <w:tcW w:type="dxa" w:w="4819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Hậu quả</w:t>
            </w:r>
          </w:p>
        </w:tc>
      </w:tr>
      <w:tr>
        <w:trPr>
          <w:cantSplit/>
        </w:trPr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Khởi tạo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mx = 0</w:t>
            </w:r>
          </w:p>
        </w:tc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sai khi dãy toàn số âm</w:t>
            </w:r>
          </w:p>
        </w:tc>
      </w:tr>
      <w:tr>
        <w:trPr>
          <w:cantSplit/>
        </w:trPr>
        <w:tc>
          <w:tcPr>
            <w:tcW w:type="dxa" w:w="481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So sánh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a[i]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 với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a[i - 1]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 khi i = 0</w:t>
            </w:r>
          </w:p>
        </w:tc>
        <w:tc>
          <w:tcPr>
            <w:tcW w:type="dxa" w:w="481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a[-1]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 là phần tử </w:t>
            </w:r>
            <w:r>
              <w:rPr>
                <w:rFonts w:ascii="Calibri" w:hAnsi="Calibri" w:cs="Calibri" w:eastAsia="Calibri"/>
                <w:b/>
                <w:i w:val="0"/>
                <w:color w:val="1F2A44"/>
                <w:sz w:val="22"/>
              </w:rPr>
              <w:t>cuối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 – kết quả sai mà không báo lỗi</w:t>
            </w:r>
          </w:p>
        </w:tc>
      </w:tr>
      <w:tr>
        <w:trPr>
          <w:cantSplit/>
        </w:trPr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Quên cập nhật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best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 ở phần tử cuối</w:t>
            </w:r>
          </w:p>
        </w:tc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sai khi đoạn dài nhất nằm ở cuối dãy</w:t>
            </w:r>
          </w:p>
        </w:tc>
      </w:tr>
      <w:tr>
        <w:trPr>
          <w:cantSplit/>
        </w:trPr>
        <w:tc>
          <w:tcPr>
            <w:tcW w:type="dxa" w:w="481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Duyệt cặp khi n = 10⁵</w:t>
            </w:r>
          </w:p>
        </w:tc>
        <w:tc>
          <w:tcPr>
            <w:tcW w:type="dxa" w:w="481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quá thời gian</w:t>
            </w:r>
          </w:p>
        </w:tc>
      </w:tr>
    </w:tbl>
    <w:p>
      <w:pPr>
        <w:spacing w:before="0" w:after="0" w:line="144" w:lineRule="auto"/>
      </w:pPr>
    </w:p>
    <w:p>
      <w:pPr>
        <w:pStyle w:val="Heading1"/>
      </w:pPr>
      <w:r>
        <w:t>3. Câu hỏi tự kiểm tra</w:t>
      </w:r>
    </w:p>
    <w:p>
      <w:pPr>
        <w:spacing w:before="0" w:after="40" w:line="276" w:lineRule="auto"/>
        <w:ind w:left="425" w:hanging="340"/>
      </w:pPr>
      <w:r>
        <w:rPr>
          <w:rFonts w:ascii="Calibri" w:hAnsi="Calibri" w:cs="Calibri" w:eastAsia="Calibri"/>
          <w:b/>
          <w:color w:val="3776AB"/>
          <w:sz w:val="24"/>
        </w:rPr>
        <w:t xml:space="preserve">1. 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Vì sao khởi tạo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mx = a[0]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tốt hơn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mx = 0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?</w:t>
      </w:r>
    </w:p>
    <w:p>
      <w:pPr>
        <w:spacing w:before="0" w:after="40" w:line="276" w:lineRule="auto"/>
        <w:ind w:left="425" w:hanging="340"/>
      </w:pPr>
      <w:r>
        <w:rPr>
          <w:rFonts w:ascii="Calibri" w:hAnsi="Calibri" w:cs="Calibri" w:eastAsia="Calibri"/>
          <w:b/>
          <w:color w:val="3776AB"/>
          <w:sz w:val="24"/>
        </w:rPr>
        <w:t xml:space="preserve">2. 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Với n = 5, hai vòng lặp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for i in range(n)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và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for j in range(i + 1, n)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xét tất cả bao nhiêu cặp?</w:t>
      </w:r>
    </w:p>
    <w:p>
      <w:pPr>
        <w:spacing w:before="0" w:after="40" w:line="276" w:lineRule="auto"/>
        <w:ind w:left="425" w:hanging="340"/>
      </w:pPr>
      <w:r>
        <w:rPr>
          <w:rFonts w:ascii="Calibri" w:hAnsi="Calibri" w:cs="Calibri" w:eastAsia="Calibri"/>
          <w:b/>
          <w:color w:val="3776AB"/>
          <w:sz w:val="24"/>
        </w:rPr>
        <w:t xml:space="preserve">3. 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Trong dãy 4 4 4, đoạn tăng chặt liên tiếp dài nhất có độ dài bao nhiêu?</w:t>
      </w:r>
    </w:p>
    <w:p>
      <w:pPr>
        <w:pStyle w:val="Heading1"/>
      </w:pPr>
      <w:r>
        <w:t>4. Bài tập về nhà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>Định dạng input chung (trừ khi ghi khác): dòng 1 là n (1 ≤ n ≤ 10⁵), dòng 2 là n số nguyên (|aᵢ| ≤ 10⁹).</w:t>
      </w: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Bài 1 ★★ – DEMDINH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Phần tử aᵢ (không phải đầu dãy, không phải cuối dãy) là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đỉnh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nếu nó lớn hơn cả hai phần tử kề bên.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Output: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số đỉnh của dãy.</w:t>
      </w: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6885"/>
        <w:gridCol w:w="2754"/>
      </w:tblGrid>
      <w:tr>
        <w:trPr>
          <w:cantSplit/>
        </w:trPr>
        <w:tc>
          <w:tcPr>
            <w:tcW w:type="dxa" w:w="6884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Input</w:t>
            </w:r>
          </w:p>
        </w:tc>
        <w:tc>
          <w:tcPr>
            <w:tcW w:type="dxa" w:w="2754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Output</w:t>
            </w:r>
          </w:p>
        </w:tc>
      </w:tr>
      <w:tr>
        <w:trPr>
          <w:cantSplit/>
        </w:trPr>
        <w:tc>
          <w:tcPr>
            <w:tcW w:type="dxa" w:w="6884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7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1 3 2 5 4 4 6</w:t>
            </w:r>
          </w:p>
        </w:tc>
        <w:tc>
          <w:tcPr>
            <w:tcW w:type="dxa" w:w="2754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2</w:t>
            </w:r>
          </w:p>
        </w:tc>
      </w:tr>
    </w:tbl>
    <w:p>
      <w:pPr>
        <w:spacing w:before="0" w:after="0" w:line="144" w:lineRule="auto"/>
      </w:pP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Bài 2 ★★ – DOANBANG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Output: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độ dài đoạn dài nhất gồm các phần tử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bằng nhau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đứng liên tiếp.</w:t>
      </w: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7124"/>
        <w:gridCol w:w="2514"/>
      </w:tblGrid>
      <w:tr>
        <w:trPr>
          <w:cantSplit/>
        </w:trPr>
        <w:tc>
          <w:tcPr>
            <w:tcW w:type="dxa" w:w="7124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Input</w:t>
            </w:r>
          </w:p>
        </w:tc>
        <w:tc>
          <w:tcPr>
            <w:tcW w:type="dxa" w:w="2514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Output</w:t>
            </w:r>
          </w:p>
        </w:tc>
      </w:tr>
      <w:tr>
        <w:trPr>
          <w:cantSplit/>
        </w:trPr>
        <w:tc>
          <w:tcPr>
            <w:tcW w:type="dxa" w:w="7124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8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1 1 2 2 2 3 2 2</w:t>
            </w:r>
          </w:p>
        </w:tc>
        <w:tc>
          <w:tcPr>
            <w:tcW w:type="dxa" w:w="2514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3</w:t>
            </w:r>
          </w:p>
        </w:tc>
      </w:tr>
    </w:tbl>
    <w:p>
      <w:pPr>
        <w:spacing w:before="0" w:after="0" w:line="144" w:lineRule="auto"/>
      </w:pP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Bài 3 ★★ – CAPSOCONG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Dãy là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cấp số cộng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nếu hiệu hai số liên tiếp luôn bằng nhau (ví dụ 2 5 8 11).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Output: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YES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hoặc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NO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.</w:t>
      </w: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6024"/>
        <w:gridCol w:w="3614"/>
      </w:tblGrid>
      <w:tr>
        <w:trPr>
          <w:cantSplit/>
        </w:trPr>
        <w:tc>
          <w:tcPr>
            <w:tcW w:type="dxa" w:w="6024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Input</w:t>
            </w:r>
          </w:p>
        </w:tc>
        <w:tc>
          <w:tcPr>
            <w:tcW w:type="dxa" w:w="3614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Output</w:t>
            </w:r>
          </w:p>
        </w:tc>
      </w:tr>
      <w:tr>
        <w:trPr>
          <w:cantSplit/>
        </w:trPr>
        <w:tc>
          <w:tcPr>
            <w:tcW w:type="dxa" w:w="6024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4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2 5 8 11</w:t>
            </w:r>
          </w:p>
        </w:tc>
        <w:tc>
          <w:tcPr>
            <w:tcW w:type="dxa" w:w="3614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YES</w:t>
            </w:r>
          </w:p>
        </w:tc>
      </w:tr>
      <w:tr>
        <w:trPr>
          <w:cantSplit/>
        </w:trPr>
        <w:tc>
          <w:tcPr>
            <w:tcW w:type="dxa" w:w="6024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3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1 2 4</w:t>
            </w:r>
          </w:p>
        </w:tc>
        <w:tc>
          <w:tcPr>
            <w:tcW w:type="dxa" w:w="3614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NO</w:t>
            </w:r>
          </w:p>
        </w:tc>
      </w:tr>
    </w:tbl>
    <w:p>
      <w:pPr>
        <w:spacing w:before="0" w:after="0" w:line="144" w:lineRule="auto"/>
      </w:pP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Bài 4 ★★★ (thử thách) – LAINHAT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aᵢ là giá một món hàng vào ngày thứ i. Em mua vào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một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ngày và bán ra vào một ngày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sau đó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. Tìm tiền lãi lớn nhất (có thể âm nếu ngày nào cũng lỗ).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Input: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như trên với n ≥ 2.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Output: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lãi lớn nhất = max(aⱼ − aᵢ) với i &lt; j.</w:t>
      </w: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6595"/>
        <w:gridCol w:w="3043"/>
      </w:tblGrid>
      <w:tr>
        <w:trPr>
          <w:cantSplit/>
        </w:trPr>
        <w:tc>
          <w:tcPr>
            <w:tcW w:type="dxa" w:w="6594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Input</w:t>
            </w:r>
          </w:p>
        </w:tc>
        <w:tc>
          <w:tcPr>
            <w:tcW w:type="dxa" w:w="3044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Output</w:t>
            </w:r>
          </w:p>
        </w:tc>
      </w:tr>
      <w:tr>
        <w:trPr>
          <w:cantSplit/>
        </w:trPr>
        <w:tc>
          <w:tcPr>
            <w:tcW w:type="dxa" w:w="6594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6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7 1 5 3 6 4</w:t>
            </w:r>
          </w:p>
        </w:tc>
        <w:tc>
          <w:tcPr>
            <w:tcW w:type="dxa" w:w="3044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5</w:t>
            </w:r>
          </w:p>
        </w:tc>
      </w:tr>
      <w:tr>
        <w:trPr>
          <w:cantSplit/>
        </w:trPr>
        <w:tc>
          <w:tcPr>
            <w:tcW w:type="dxa" w:w="6594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3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5 4 1</w:t>
            </w:r>
          </w:p>
        </w:tc>
        <w:tc>
          <w:tcPr>
            <w:tcW w:type="dxa" w:w="3044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-1</w:t>
            </w:r>
          </w:p>
        </w:tc>
      </w:tr>
    </w:tbl>
    <w:p>
      <w:pPr>
        <w:spacing w:before="0" w:after="0" w:line="144" w:lineRule="auto"/>
      </w:pPr>
    </w:p>
    <w:tbl>
      <w:tblPr>
        <w:tblW w:type="auto" w:w="0"/>
        <w:tblBorders>
          <w:top w:val="nil"/>
          <w:left w:val="single" w:sz="24" w:color="3776AB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180" w:type="dxa"/>
          <w:bottom w:w="80" w:type="dxa"/>
          <w:right w:w="18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E8F1FA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Gợi ý: n = 10⁵ nên không duyệt mọi cặp được. Khi duyệt đến ngày j, em chỉ cần biết </w:t>
            </w:r>
            <w:r>
              <w:rPr>
                <w:rFonts w:ascii="Calibri" w:hAnsi="Calibri" w:cs="Calibri" w:eastAsia="Calibri"/>
                <w:b/>
                <w:i w:val="0"/>
                <w:color w:val="1F2A44"/>
                <w:sz w:val="23"/>
              </w:rPr>
              <w:t>giá thấp nhất trước ngày j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>.</w:t>
            </w:r>
          </w:p>
        </w:tc>
      </w:tr>
    </w:tbl>
    <w:p>
      <w:pPr>
        <w:spacing w:before="0" w:after="0" w:line="144" w:lineRule="auto"/>
      </w:pPr>
    </w:p>
    <w:tbl>
      <w:tblPr>
        <w:tblW w:type="auto" w:w="0"/>
        <w:tblBorders>
          <w:top w:val="nil"/>
          <w:left w:val="single" w:sz="24" w:color="E0A800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180" w:type="dxa"/>
          <w:bottom w:w="80" w:type="dxa"/>
          <w:right w:w="18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FFF3D6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Cách nộp bài: mỗi bài một file </w:t>
            </w:r>
            <w:r>
              <w:rPr>
                <w:rFonts w:ascii="Consolas" w:hAnsi="Consolas" w:cs="Consolas" w:eastAsia="Consolas"/>
                <w:color w:val="B4361C"/>
                <w:sz w:val="21"/>
                <w:shd w:val="clear" w:color="auto" w:fill="F3EEE4"/>
              </w:rPr>
              <w:t>.py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 đặt tên theo tên bài. Chạy thử với </w:t>
            </w:r>
            <w:r>
              <w:rPr>
                <w:rFonts w:ascii="Calibri" w:hAnsi="Calibri" w:cs="Calibri" w:eastAsia="Calibri"/>
                <w:b/>
                <w:i w:val="0"/>
                <w:color w:val="1F2A44"/>
                <w:sz w:val="23"/>
              </w:rPr>
              <w:t>tất cả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 ví dụ trước khi nộp!</w:t>
            </w:r>
          </w:p>
        </w:tc>
      </w:tr>
    </w:tbl>
    <w:p>
      <w:pPr>
        <w:spacing w:before="0" w:after="0" w:line="144" w:lineRule="auto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638" w:val="right"/>
      </w:tabs>
    </w:pPr>
    <w:r>
      <w:rPr>
        <w:rFonts w:ascii="Calibri" w:hAnsi="Calibri" w:cs="Calibri" w:eastAsia="Calibri"/>
        <w:color w:val="5B6478"/>
        <w:sz w:val="18"/>
      </w:rPr>
      <w:t>Python cho Tin học trẻ · Buổi 10 – Các thuật toán trên dãy</w:t>
      <w:tab/>
    </w:r>
    <w:r>
      <w:rPr>
        <w:rFonts w:ascii="Calibri" w:hAnsi="Calibri" w:cs="Calibri" w:eastAsia="Calibri"/>
        <w:color w:val="5B6478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80"/>
      <w:outlineLvl w:val="0"/>
    </w:pPr>
    <w:rPr>
      <w:rFonts w:ascii="Calibri" w:hAnsi="Calibri" w:eastAsia="Calibri" w:cs="Calibri"/>
      <w:b/>
      <w:bCs/>
      <w:color w:val="3776AB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 w:eastAsia="Calibri" w:cs="Calibri"/>
      <w:b/>
      <w:bCs/>
      <w:color w:val="1F2A4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