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11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Xâu ký tự (string)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Xâu giống một dãy ký tự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Với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 = "Python"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927"/>
        <w:gridCol w:w="1285"/>
        <w:gridCol w:w="1285"/>
        <w:gridCol w:w="1285"/>
        <w:gridCol w:w="1285"/>
        <w:gridCol w:w="1285"/>
        <w:gridCol w:w="1285"/>
      </w:tblGrid>
      <w:tr>
        <w:trPr>
          <w:cantSplit/>
        </w:trPr>
        <w:tc>
          <w:tcPr>
            <w:tcW w:type="dxa" w:w="19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Chỉ số</w:t>
            </w:r>
          </w:p>
        </w:tc>
        <w:tc>
          <w:tcPr>
            <w:tcW w:type="dxa" w:w="12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0</w:t>
            </w:r>
          </w:p>
        </w:tc>
        <w:tc>
          <w:tcPr>
            <w:tcW w:type="dxa" w:w="12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12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12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12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4</w:t>
            </w:r>
          </w:p>
        </w:tc>
        <w:tc>
          <w:tcPr>
            <w:tcW w:type="dxa" w:w="128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5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Ký tự</w:t>
            </w:r>
          </w:p>
        </w:tc>
        <w:tc>
          <w:tcPr>
            <w:tcW w:type="dxa" w:w="12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P</w:t>
            </w:r>
          </w:p>
        </w:tc>
        <w:tc>
          <w:tcPr>
            <w:tcW w:type="dxa" w:w="12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y</w:t>
            </w:r>
          </w:p>
        </w:tc>
        <w:tc>
          <w:tcPr>
            <w:tcW w:type="dxa" w:w="12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</w:t>
            </w:r>
          </w:p>
        </w:tc>
        <w:tc>
          <w:tcPr>
            <w:tcW w:type="dxa" w:w="12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h</w:t>
            </w:r>
          </w:p>
        </w:tc>
        <w:tc>
          <w:tcPr>
            <w:tcW w:type="dxa" w:w="12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o</w:t>
            </w:r>
          </w:p>
        </w:tc>
        <w:tc>
          <w:tcPr>
            <w:tcW w:type="dxa" w:w="128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n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Chỉ số âm</w:t>
            </w:r>
          </w:p>
        </w:tc>
        <w:tc>
          <w:tcPr>
            <w:tcW w:type="dxa" w:w="12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-6</w:t>
            </w:r>
          </w:p>
        </w:tc>
        <w:tc>
          <w:tcPr>
            <w:tcW w:type="dxa" w:w="12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-5</w:t>
            </w:r>
          </w:p>
        </w:tc>
        <w:tc>
          <w:tcPr>
            <w:tcW w:type="dxa" w:w="12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-4</w:t>
            </w:r>
          </w:p>
        </w:tc>
        <w:tc>
          <w:tcPr>
            <w:tcW w:type="dxa" w:w="12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-3</w:t>
            </w:r>
          </w:p>
        </w:tc>
        <w:tc>
          <w:tcPr>
            <w:tcW w:type="dxa" w:w="12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-2</w:t>
            </w:r>
          </w:p>
        </w:tc>
        <w:tc>
          <w:tcPr>
            <w:tcW w:type="dxa" w:w="128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s = 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"Tin hoc tre"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len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(s)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11 – độ dài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s[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], s[-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"T", "e"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s[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"Tin" – từ vị trí 0 đến 2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s[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:]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"hoc tre"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s[::-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"ert coh niT" – đảo ngược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"hoc"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s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True – s có chứa "hoc"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c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s: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duyệt từng ký tự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...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Hộp đồ nghề xử lý xâu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536"/>
        <w:gridCol w:w="5103"/>
      </w:tblGrid>
      <w:tr>
        <w:trPr>
          <w:cantSplit/>
        </w:trPr>
        <w:tc>
          <w:tcPr>
            <w:tcW w:type="dxa" w:w="453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Lệnh</w:t>
            </w:r>
          </w:p>
        </w:tc>
        <w:tc>
          <w:tcPr>
            <w:tcW w:type="dxa" w:w="5102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Kết quả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"Abc".upper()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"Abc".lower()</w:t>
            </w:r>
          </w:p>
        </w:tc>
        <w:tc>
          <w:tcPr>
            <w:tcW w:type="dxa" w:w="510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"ABC"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"abc"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c.isdigit()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c.isalpha()</w:t>
            </w:r>
          </w:p>
        </w:tc>
        <w:tc>
          <w:tcPr>
            <w:tcW w:type="dxa" w:w="510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 là chữ số? c là chữ cái?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c.isupper()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c.islower()</w:t>
            </w:r>
          </w:p>
        </w:tc>
        <w:tc>
          <w:tcPr>
            <w:tcW w:type="dxa" w:w="510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 là chữ hoa? chữ thường?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"banana".count("a")</w:t>
            </w:r>
          </w:p>
        </w:tc>
        <w:tc>
          <w:tcPr>
            <w:tcW w:type="dxa" w:w="510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  a   b  ".split()</w:t>
            </w:r>
          </w:p>
        </w:tc>
        <w:tc>
          <w:tcPr>
            <w:tcW w:type="dxa" w:w="510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["a", "b"]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tách từ, bỏ mọi dấu cách thừa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 ".join(["a", "b"])</w:t>
            </w:r>
          </w:p>
        </w:tc>
        <w:tc>
          <w:tcPr>
            <w:tcW w:type="dxa" w:w="510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 b"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ghép các từ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ord("A")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chr(66)</w:t>
            </w:r>
          </w:p>
        </w:tc>
        <w:tc>
          <w:tcPr>
            <w:tcW w:type="dxa" w:w="510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"B"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mã ký tự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Xâu không sửa trực tiếp được</w:t>
      </w:r>
    </w:p>
    <w:p>
      <w:pPr>
        <w:keepNext/>
        <w:spacing w:before="0" w:after="80" w:line="276" w:lineRule="auto"/>
      </w:pP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s[0] = "M"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gây lỗi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TypeError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Muốn thay đổi phải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tạo xâu mới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 = "M" + s[1:]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Mẫu xây dựng xâu kết quả: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kq = 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""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c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s: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c.isdigit():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chọn ký tự cần giữ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    kq += c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(kq)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Mã ký tự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Các chữ cái thường có mã liên tiếp: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ord("a") = 97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ord("b") = 98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… Vị trí của chữ c trong bảng chữ cái là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ord(c) - ord("a")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(từ 0 đến 25).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533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Sửa trực tiếp ký tự</w:t>
            </w:r>
          </w:p>
        </w:tc>
        <w:tc>
          <w:tcPr>
            <w:tcW w:type="dxa" w:w="53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s[0] = "A"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→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TypeError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Tách từ bằng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split(" ")</w:t>
            </w:r>
          </w:p>
        </w:tc>
        <w:tc>
          <w:tcPr>
            <w:tcW w:type="dxa" w:w="53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dấu cách liền nhau tạo ra "từ rỗng" – dùng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split()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Quên số nằm ở cuối xâu</w:t>
            </w:r>
          </w:p>
        </w:tc>
        <w:tc>
          <w:tcPr>
            <w:tcW w:type="dxa" w:w="53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khi tách số từ xâu, nhớ xử lý phần còn lại sau vòng lặp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Nhầm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len(s)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với chỉ số cuối</w:t>
            </w:r>
          </w:p>
        </w:tc>
        <w:tc>
          <w:tcPr>
            <w:tcW w:type="dxa" w:w="53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chỉ số cuối là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len(s) - 1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Với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 = "Tin hoc"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s[4:]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s[::-1]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"  hoc   lap  trinh ".split()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cho kết quả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chr(ord("c") + 2)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bằng ký tự nào?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BONGUYENAM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một dòng chứa xâu s (độ dài ≤ 10⁵).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xâu s sau khi xóa hết các nguyên âm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e i o u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(cả chữ thường và chữ hoa).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448"/>
        <w:gridCol w:w="4190"/>
      </w:tblGrid>
      <w:tr>
        <w:trPr>
          <w:cantSplit/>
        </w:trPr>
        <w:tc>
          <w:tcPr>
            <w:tcW w:type="dxa" w:w="544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44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Tin hoc tre</w:t>
            </w:r>
          </w:p>
        </w:tc>
        <w:tc>
          <w:tcPr>
            <w:tcW w:type="dxa" w:w="4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Tn hc tr</w:t>
            </w:r>
          </w:p>
        </w:tc>
      </w:tr>
      <w:tr>
        <w:trPr>
          <w:cantSplit/>
        </w:trPr>
        <w:tc>
          <w:tcPr>
            <w:tcW w:type="dxa" w:w="544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PYTHON</w:t>
            </w:r>
          </w:p>
        </w:tc>
        <w:tc>
          <w:tcPr>
            <w:tcW w:type="dxa" w:w="419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PYTHN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TANSUAT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một dòng chứa xâu s.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với mỗi chữ cái thường có xuất hiện trong s, in một dòng gồm chữ cái đó và số lần xuất hiện, theo thứ tự a → z.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508"/>
        <w:gridCol w:w="4131"/>
      </w:tblGrid>
      <w:tr>
        <w:trPr>
          <w:cantSplit/>
        </w:trPr>
        <w:tc>
          <w:tcPr>
            <w:tcW w:type="dxa" w:w="55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13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5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banana</w:t>
            </w:r>
          </w:p>
        </w:tc>
        <w:tc>
          <w:tcPr>
            <w:tcW w:type="dxa" w:w="41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 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b 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 2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DAOCHU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Hai xâu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đảo chữ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của nhau nếu xếp lại các ký tự của xâu này thì được xâu kia (ví dụ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listen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silent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hai dòng, mỗi dòng một xâu (không có dấu cách).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hoặc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508"/>
        <w:gridCol w:w="4131"/>
      </w:tblGrid>
      <w:tr>
        <w:trPr>
          <w:cantSplit/>
        </w:trPr>
        <w:tc>
          <w:tcPr>
            <w:tcW w:type="dxa" w:w="55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13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5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listen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silent</w:t>
            </w:r>
          </w:p>
        </w:tc>
        <w:tc>
          <w:tcPr>
            <w:tcW w:type="dxa" w:w="413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YES</w:t>
            </w:r>
          </w:p>
        </w:tc>
      </w:tr>
      <w:tr>
        <w:trPr>
          <w:cantSplit/>
        </w:trPr>
        <w:tc>
          <w:tcPr>
            <w:tcW w:type="dxa" w:w="55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abc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abd</w:t>
            </w:r>
          </w:p>
        </w:tc>
        <w:tc>
          <w:tcPr>
            <w:tcW w:type="dxa" w:w="413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TUDAINHAT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một dòng gồm các từ cách nhau bởi một hoặc nhiều dấu cách.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từ dài nhất. Nếu có nhiều từ dài bằng nhau, in từ xuất hiện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đầu tiên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7068"/>
        <w:gridCol w:w="2570"/>
      </w:tblGrid>
      <w:tr>
        <w:trPr>
          <w:cantSplit/>
        </w:trPr>
        <w:tc>
          <w:tcPr>
            <w:tcW w:type="dxa" w:w="706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257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706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hoc lap trinh python</w:t>
            </w:r>
          </w:p>
        </w:tc>
        <w:tc>
          <w:tcPr>
            <w:tcW w:type="dxa" w:w="257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python</w:t>
            </w:r>
          </w:p>
        </w:tc>
      </w:tr>
      <w:tr>
        <w:trPr>
          <w:cantSplit/>
        </w:trPr>
        <w:tc>
          <w:tcPr>
            <w:tcW w:type="dxa" w:w="706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ab   cd ef</w:t>
            </w:r>
          </w:p>
        </w:tc>
        <w:tc>
          <w:tcPr>
            <w:tcW w:type="dxa" w:w="257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ab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11 – Xâu ký tự (string)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