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12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Ôn tập Giai đoạn 1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Sổ tay kiến thức Giai đoạn 1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Nhập – xuất (câu thần chú)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()) 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một số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a, b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().split())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nhiều số trên một dòng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list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().split()))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cả dãy trên một dòng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s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      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một dòng chữ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(x, y)      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in cách nhau dấu cách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(*a)        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in cả dãy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f"{x:.2f}"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2 chữ số thập phân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Rẽ nhánh và vòng lặp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dieu_kien: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so sánh: == != &lt; &gt; &lt;= &gt;=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...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kết hợp: and or not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dieu_kien_khac: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...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...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n +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):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 = 1, 2, ..., 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...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while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dieu_kien: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lặp khi chưa biết số lần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...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break: thoát; continue: bỏ qua lượt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Các mẫu thuật toán đã học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771"/>
        <w:gridCol w:w="5029"/>
        <w:gridCol w:w="838"/>
      </w:tblGrid>
      <w:tr>
        <w:trPr>
          <w:cantSplit/>
        </w:trPr>
        <w:tc>
          <w:tcPr>
            <w:tcW w:type="dxa" w:w="377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Mẫu</w:t>
            </w:r>
          </w:p>
        </w:tc>
        <w:tc>
          <w:tcPr>
            <w:tcW w:type="dxa" w:w="502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Ý tưởng chính</w:t>
            </w:r>
          </w:p>
        </w:tc>
        <w:tc>
          <w:tcPr>
            <w:tcW w:type="dxa" w:w="83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Buổi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Tích lũy</w:t>
            </w:r>
          </w:p>
        </w:tc>
        <w:tc>
          <w:tcPr>
            <w:tcW w:type="dxa" w:w="50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khởi tạo → cập nhật trong vòng lặp → in sau vòng lặp</w:t>
            </w:r>
          </w:p>
        </w:tc>
        <w:tc>
          <w:tcPr>
            <w:tcW w:type="dxa" w:w="8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5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Bóc chữ số</w:t>
            </w:r>
          </w:p>
        </w:tc>
        <w:tc>
          <w:tcPr>
            <w:tcW w:type="dxa" w:w="502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 % 10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lấy chữ số cuối,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 //= 10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bỏ chữ số cuối</w:t>
            </w:r>
          </w:p>
        </w:tc>
        <w:tc>
          <w:tcPr>
            <w:tcW w:type="dxa" w:w="8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7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Đảo số / đổi cơ số</w:t>
            </w:r>
          </w:p>
        </w:tc>
        <w:tc>
          <w:tcPr>
            <w:tcW w:type="dxa" w:w="50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r = r * 10 + d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; nhị phân thì thay 10 bằng 2</w:t>
            </w:r>
          </w:p>
        </w:tc>
        <w:tc>
          <w:tcPr>
            <w:tcW w:type="dxa" w:w="8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7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Kiểm tra nguyên tố, đếm ước</w:t>
            </w:r>
          </w:p>
        </w:tc>
        <w:tc>
          <w:tcPr>
            <w:tcW w:type="dxa" w:w="502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chỉ xét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 * i &lt;= n</w:t>
            </w:r>
          </w:p>
        </w:tc>
        <w:tc>
          <w:tcPr>
            <w:tcW w:type="dxa" w:w="8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8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UCLN</w:t>
            </w:r>
          </w:p>
        </w:tc>
        <w:tc>
          <w:tcPr>
            <w:tcW w:type="dxa" w:w="50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while b: a, b = b, a % b</w:t>
            </w:r>
          </w:p>
        </w:tc>
        <w:tc>
          <w:tcPr>
            <w:tcW w:type="dxa" w:w="8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8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Mảng đếm</w:t>
            </w:r>
          </w:p>
        </w:tc>
        <w:tc>
          <w:tcPr>
            <w:tcW w:type="dxa" w:w="502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cnt[x] += 1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khi giá trị nhỏ</w:t>
            </w:r>
          </w:p>
        </w:tc>
        <w:tc>
          <w:tcPr>
            <w:tcW w:type="dxa" w:w="8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9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Tìm max</w:t>
            </w:r>
          </w:p>
        </w:tc>
        <w:tc>
          <w:tcPr>
            <w:tcW w:type="dxa" w:w="50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khởi tạo bằng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a[0]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, gặp số lớn hơn thì thay</w:t>
            </w:r>
          </w:p>
        </w:tc>
        <w:tc>
          <w:tcPr>
            <w:tcW w:type="dxa" w:w="8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10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Biến cờ</w:t>
            </w:r>
          </w:p>
        </w:tc>
        <w:tc>
          <w:tcPr>
            <w:tcW w:type="dxa" w:w="502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giả sử đúng, tìm phản ví dụ</w:t>
            </w:r>
          </w:p>
        </w:tc>
        <w:tc>
          <w:tcPr>
            <w:tcW w:type="dxa" w:w="8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10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Đoạn liên tiếp</w:t>
            </w:r>
          </w:p>
        </w:tc>
        <w:tc>
          <w:tcPr>
            <w:tcW w:type="dxa" w:w="502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tiếp tục hoặc bắt đầu lại</w:t>
            </w:r>
          </w:p>
        </w:tc>
        <w:tc>
          <w:tcPr>
            <w:tcW w:type="dxa" w:w="8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10</w:t>
            </w:r>
          </w:p>
        </w:tc>
      </w:tr>
      <w:tr>
        <w:trPr>
          <w:cantSplit/>
        </w:trPr>
        <w:tc>
          <w:tcPr>
            <w:tcW w:type="dxa" w:w="377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Xây dựng xâu</w:t>
            </w:r>
          </w:p>
        </w:tc>
        <w:tc>
          <w:tcPr>
            <w:tcW w:type="dxa" w:w="502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kq = ""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, duyệt và nối ký tự cần giữ</w:t>
            </w:r>
          </w:p>
        </w:tc>
        <w:tc>
          <w:tcPr>
            <w:tcW w:type="dxa" w:w="8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11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Ước lượng thời gian chạy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làm được khoảng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10⁶ – 10⁷ phép tính mỗi giây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Luôn đọc giới hạn n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trước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khi chọn cách giải: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2255"/>
        <w:gridCol w:w="7383"/>
      </w:tblGrid>
      <w:tr>
        <w:trPr>
          <w:cantSplit/>
        </w:trPr>
        <w:tc>
          <w:tcPr>
            <w:tcW w:type="dxa" w:w="225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n tối đa</w:t>
            </w:r>
          </w:p>
        </w:tc>
        <w:tc>
          <w:tcPr>
            <w:tcW w:type="dxa" w:w="7382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Cách làm chạy kịp</w:t>
            </w:r>
          </w:p>
        </w:tc>
      </w:tr>
      <w:tr>
        <w:trPr>
          <w:cantSplit/>
        </w:trPr>
        <w:tc>
          <w:tcPr>
            <w:tcW w:type="dxa" w:w="225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 1000</w:t>
            </w:r>
          </w:p>
        </w:tc>
        <w:tc>
          <w:tcPr>
            <w:tcW w:type="dxa" w:w="738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duyệt mọi cặp (hai vòng lặp lồng nhau)</w:t>
            </w:r>
          </w:p>
        </w:tc>
      </w:tr>
      <w:tr>
        <w:trPr>
          <w:cantSplit/>
        </w:trPr>
        <w:tc>
          <w:tcPr>
            <w:tcW w:type="dxa" w:w="225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 10⁵ – 10⁶</w:t>
            </w:r>
          </w:p>
        </w:tc>
        <w:tc>
          <w:tcPr>
            <w:tcW w:type="dxa" w:w="738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duyệt một lần</w:t>
            </w:r>
          </w:p>
        </w:tc>
      </w:tr>
      <w:tr>
        <w:trPr>
          <w:cantSplit/>
        </w:trPr>
        <w:tc>
          <w:tcPr>
            <w:tcW w:type="dxa" w:w="225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 10¹²</w:t>
            </w:r>
          </w:p>
        </w:tc>
        <w:tc>
          <w:tcPr>
            <w:tcW w:type="dxa" w:w="738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chỉ xét đến √n</w:t>
            </w:r>
          </w:p>
        </w:tc>
      </w:tr>
      <w:tr>
        <w:trPr>
          <w:cantSplit/>
        </w:trPr>
        <w:tc>
          <w:tcPr>
            <w:tcW w:type="dxa" w:w="225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 10¹⁸</w:t>
            </w:r>
          </w:p>
        </w:tc>
        <w:tc>
          <w:tcPr>
            <w:tcW w:type="dxa" w:w="738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công thức toán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2. Rút kinh nghiệm sau bài thi thử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Đánh dấu ✓ vào những lỗi em đã mắc để không lặp lại: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8069"/>
        <w:gridCol w:w="1569"/>
      </w:tblGrid>
      <w:tr>
        <w:trPr>
          <w:cantSplit/>
        </w:trPr>
        <w:tc>
          <w:tcPr>
            <w:tcW w:type="dxa" w:w="806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Lỗi</w:t>
            </w:r>
          </w:p>
        </w:tc>
        <w:tc>
          <w:tcPr>
            <w:tcW w:type="dxa" w:w="156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Đã mắc?</w:t>
            </w:r>
          </w:p>
        </w:tc>
      </w:tr>
      <w:tr>
        <w:trPr>
          <w:cantSplit/>
        </w:trPr>
        <w:tc>
          <w:tcPr>
            <w:tcW w:type="dxa" w:w="806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In thừa câu chữ (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input("Nhap n: ")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"Ket qua:"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)</w:t>
            </w:r>
          </w:p>
        </w:tc>
        <w:tc>
          <w:tcPr>
            <w:tcW w:type="dxa" w:w="1569"/>
            <w:shd w:val="clear" w:color="auto" w:fill="FFFFFF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806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Sai tên file bài làm</w:t>
            </w:r>
          </w:p>
        </w:tc>
        <w:tc>
          <w:tcPr>
            <w:tcW w:type="dxa" w:w="1569"/>
            <w:shd w:val="clear" w:color="auto" w:fill="F7F3EA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806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Quên trường hợp đặc biệt (n = 0, số 1, số âm, dãy toàn số âm)</w:t>
            </w:r>
          </w:p>
        </w:tc>
        <w:tc>
          <w:tcPr>
            <w:tcW w:type="dxa" w:w="1569"/>
            <w:shd w:val="clear" w:color="auto" w:fill="FFFFFF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806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Chỉ chạy thử ví dụ trong đề, không tự tạo test</w:t>
            </w:r>
          </w:p>
        </w:tc>
        <w:tc>
          <w:tcPr>
            <w:tcW w:type="dxa" w:w="1569"/>
            <w:shd w:val="clear" w:color="auto" w:fill="F7F3EA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806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Chương trình chạy quá thời gian</w:t>
            </w:r>
          </w:p>
        </w:tc>
        <w:tc>
          <w:tcPr>
            <w:tcW w:type="dxa" w:w="1569"/>
            <w:shd w:val="clear" w:color="auto" w:fill="FFFFFF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806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Lỗi chỉ số list (bắt đầu từ 0, kết thúc ở n − 1)</w:t>
            </w:r>
          </w:p>
        </w:tc>
        <w:tc>
          <w:tcPr>
            <w:tcW w:type="dxa" w:w="1569"/>
            <w:shd w:val="clear" w:color="auto" w:fill="F7F3E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Làm lại đề thi thử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Làm lại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những bài chưa đạt 10/10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trong đề thi thử số 1 (TONGCS, MATKHAU, DEMNT, NANG). Tự chấm lại bằng công cụ chấm cho đến khi đạt điểm tối đa: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3EEE4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python cham_bai.py TONGCS.py de_thi_thu/De01/TONGCS/tests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DEMCP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dòng 1 là n (1 ≤ n ≤ 10⁵); dòng 2 là n số nguyên (0 ≤ aᵢ ≤ 10¹²).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lượng số chính phương trong dãy (số 0 = 0² cũng là số chính phương).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885"/>
        <w:gridCol w:w="2754"/>
      </w:tblGrid>
      <w:tr>
        <w:trPr>
          <w:cantSplit/>
        </w:trPr>
        <w:tc>
          <w:tcPr>
            <w:tcW w:type="dxa" w:w="688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275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88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1 2 4 10 16 0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Gợi ý: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import math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rồi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math.isqrt(x)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cho phần nguyên của √x. x là số chính phương khi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math.isqrt(x) ** 2 == x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★★★ (thử thách) – MATKHAU2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Mật khẩu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siêu mạnh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thỏa mãn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tất cả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: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có ít nhất 8 ký tự; có chữ hoa; có chữ thường; có chữ số;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có ít nhất một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ký tự đặc biệt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(không phải chữ cái, không phải chữ số), ví dụ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@ # ! $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;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không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hai ký tự giống nhau đứng liền nhau.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xâu s (1 ≤ độ dài ≤ 100), không chứa dấu cách.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hoặc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885"/>
        <w:gridCol w:w="2754"/>
      </w:tblGrid>
      <w:tr>
        <w:trPr>
          <w:cantSplit/>
        </w:trPr>
        <w:tc>
          <w:tcPr>
            <w:tcW w:type="dxa" w:w="688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275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88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Tin@Hoc2027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YES</w:t>
            </w:r>
          </w:p>
        </w:tc>
      </w:tr>
      <w:tr>
        <w:trPr>
          <w:cantSplit/>
        </w:trPr>
        <w:tc>
          <w:tcPr>
            <w:tcW w:type="dxa" w:w="688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TinHocTre2027</w:t>
            </w:r>
          </w:p>
        </w:tc>
        <w:tc>
          <w:tcPr>
            <w:tcW w:type="dxa" w:w="275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  <w:tr>
        <w:trPr>
          <w:cantSplit/>
        </w:trPr>
        <w:tc>
          <w:tcPr>
            <w:tcW w:type="dxa" w:w="688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Aa1!!bcd</w:t>
            </w:r>
          </w:p>
        </w:tc>
        <w:tc>
          <w:tcPr>
            <w:tcW w:type="dxa" w:w="275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12 – Ôn tập Giai đoạn 1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